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E12A" w14:textId="77777777" w:rsidR="00AD4779" w:rsidRDefault="00000000">
      <w:pPr>
        <w:spacing w:after="40"/>
        <w:jc w:val="center"/>
      </w:pPr>
      <w:r>
        <w:rPr>
          <w:rFonts w:cs="Arial"/>
          <w:b/>
          <w:color w:val="8B1E1E"/>
          <w:sz w:val="26"/>
        </w:rPr>
        <w:t>POLISH-CHINESE CHAMBER OF INDUSTRY AND COMMERCE</w:t>
      </w:r>
    </w:p>
    <w:p w14:paraId="3F160A69" w14:textId="77777777" w:rsidR="00AD4779" w:rsidRDefault="00000000">
      <w:pPr>
        <w:spacing w:after="160"/>
        <w:jc w:val="center"/>
      </w:pPr>
      <w:r>
        <w:rPr>
          <w:rFonts w:cs="Arial"/>
          <w:b/>
          <w:color w:val="8B1E1E"/>
          <w:sz w:val="24"/>
        </w:rPr>
        <w:t>波中工商业联合会</w:t>
      </w:r>
    </w:p>
    <w:p w14:paraId="4B9A2540" w14:textId="77777777" w:rsidR="00AD4779" w:rsidRDefault="00000000">
      <w:pPr>
        <w:spacing w:after="80"/>
        <w:jc w:val="center"/>
      </w:pPr>
      <w:r>
        <w:rPr>
          <w:rFonts w:cs="Arial"/>
          <w:b/>
          <w:sz w:val="30"/>
        </w:rPr>
        <w:t>MEMBERSHIP APPLICATION FORM</w:t>
      </w:r>
    </w:p>
    <w:p w14:paraId="7393F08C" w14:textId="77777777" w:rsidR="00AD4779" w:rsidRDefault="00000000">
      <w:pPr>
        <w:spacing w:after="160"/>
        <w:jc w:val="center"/>
      </w:pPr>
      <w:r>
        <w:rPr>
          <w:rFonts w:cs="Arial"/>
          <w:b/>
          <w:sz w:val="28"/>
        </w:rPr>
        <w:t>会员申请表</w:t>
      </w:r>
    </w:p>
    <w:tbl>
      <w:tblPr>
        <w:tblW w:w="0" w:type="auto"/>
        <w:jc w:val="center"/>
        <w:tblBorders>
          <w:top w:val="single" w:sz="8" w:space="0" w:color="E7CFCF"/>
          <w:left w:val="single" w:sz="8" w:space="0" w:color="E7CFCF"/>
          <w:bottom w:val="single" w:sz="8" w:space="0" w:color="E7CFCF"/>
          <w:right w:val="single" w:sz="8" w:space="0" w:color="E7CFCF"/>
          <w:insideH w:val="single" w:sz="8" w:space="0" w:color="E7CFCF"/>
          <w:insideV w:val="single" w:sz="8" w:space="0" w:color="E7CFCF"/>
        </w:tblBorders>
        <w:tblLook w:val="04A0" w:firstRow="1" w:lastRow="0" w:firstColumn="1" w:lastColumn="0" w:noHBand="0" w:noVBand="1"/>
      </w:tblPr>
      <w:tblGrid>
        <w:gridCol w:w="10148"/>
      </w:tblGrid>
      <w:tr w:rsidR="00AD4779" w14:paraId="081AE0E9" w14:textId="77777777">
        <w:trPr>
          <w:jc w:val="center"/>
        </w:trPr>
        <w:tc>
          <w:tcPr>
            <w:tcW w:w="10148" w:type="dxa"/>
            <w:shd w:val="clear" w:color="auto" w:fill="FBF4F4"/>
            <w:tcMar>
              <w:top w:w="110" w:type="dxa"/>
              <w:left w:w="120" w:type="dxa"/>
              <w:bottom w:w="110" w:type="dxa"/>
              <w:right w:w="120" w:type="dxa"/>
            </w:tcMar>
          </w:tcPr>
          <w:p w14:paraId="0D802512" w14:textId="77777777" w:rsidR="00AD4779" w:rsidRDefault="00000000">
            <w:pPr>
              <w:spacing w:after="40"/>
            </w:pPr>
            <w:r>
              <w:rPr>
                <w:rFonts w:cs="Arial"/>
                <w:sz w:val="16"/>
              </w:rPr>
              <w:t>Professional bilingual English-Chinese application document for candidates applying for membership in the Polish-Chinese Chamber of Industry and Commerce. This document should be completed and signed by an authorized representative of the applicant.</w:t>
            </w:r>
            <w:r>
              <w:rPr>
                <w:rFonts w:cs="Arial"/>
                <w:sz w:val="16"/>
              </w:rPr>
              <w:br/>
            </w:r>
            <w:r>
              <w:rPr>
                <w:rFonts w:cs="Arial"/>
                <w:sz w:val="16"/>
              </w:rPr>
              <w:t>本文件为申请加入波中工商业联合会的专业英文</w:t>
            </w:r>
            <w:r>
              <w:rPr>
                <w:rFonts w:cs="Arial"/>
                <w:sz w:val="16"/>
              </w:rPr>
              <w:t>/</w:t>
            </w:r>
            <w:r>
              <w:rPr>
                <w:rFonts w:cs="Arial"/>
                <w:sz w:val="16"/>
              </w:rPr>
              <w:t>中文双语会员申请文件。申请人应由有权代表其公司的人员填写并签署。</w:t>
            </w:r>
          </w:p>
        </w:tc>
      </w:tr>
    </w:tbl>
    <w:p w14:paraId="0A32F50F" w14:textId="77777777" w:rsidR="00AD4779" w:rsidRDefault="00000000">
      <w:pPr>
        <w:keepNext/>
        <w:spacing w:before="160" w:after="80"/>
      </w:pPr>
      <w:r>
        <w:rPr>
          <w:rFonts w:cs="Arial"/>
          <w:b/>
          <w:color w:val="8B1E1E"/>
          <w:sz w:val="21"/>
        </w:rPr>
        <w:t>Chamber details</w:t>
      </w:r>
      <w:r>
        <w:rPr>
          <w:rFonts w:cs="Arial"/>
          <w:b/>
          <w:color w:val="8B1E1E"/>
          <w:sz w:val="21"/>
        </w:rPr>
        <w:br/>
      </w:r>
      <w:r>
        <w:rPr>
          <w:rFonts w:cs="Arial"/>
          <w:b/>
          <w:color w:val="8B1E1E"/>
          <w:sz w:val="21"/>
        </w:rPr>
        <w:t>商会信息</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608"/>
        <w:gridCol w:w="6860"/>
      </w:tblGrid>
      <w:tr w:rsidR="00AD4779" w14:paraId="382F81AC" w14:textId="77777777">
        <w:trPr>
          <w:jc w:val="center"/>
        </w:trPr>
        <w:tc>
          <w:tcPr>
            <w:tcW w:w="2608" w:type="dxa"/>
            <w:tcMar>
              <w:top w:w="80" w:type="dxa"/>
              <w:left w:w="100" w:type="dxa"/>
              <w:bottom w:w="80" w:type="dxa"/>
              <w:right w:w="100" w:type="dxa"/>
            </w:tcMar>
            <w:vAlign w:val="center"/>
          </w:tcPr>
          <w:p w14:paraId="5FEFEC95" w14:textId="77777777" w:rsidR="00AD4779" w:rsidRDefault="00000000">
            <w:pPr>
              <w:spacing w:after="0" w:line="240" w:lineRule="auto"/>
            </w:pPr>
            <w:r>
              <w:rPr>
                <w:rFonts w:cs="Arial"/>
                <w:b/>
                <w:sz w:val="15"/>
              </w:rPr>
              <w:t>Registered name</w:t>
            </w:r>
          </w:p>
        </w:tc>
        <w:tc>
          <w:tcPr>
            <w:tcW w:w="6860" w:type="dxa"/>
            <w:tcMar>
              <w:top w:w="80" w:type="dxa"/>
              <w:left w:w="100" w:type="dxa"/>
              <w:bottom w:w="80" w:type="dxa"/>
              <w:right w:w="100" w:type="dxa"/>
            </w:tcMar>
            <w:vAlign w:val="center"/>
          </w:tcPr>
          <w:p w14:paraId="1253E972" w14:textId="77777777" w:rsidR="00AD4779" w:rsidRDefault="00000000">
            <w:pPr>
              <w:spacing w:after="0" w:line="240" w:lineRule="auto"/>
            </w:pPr>
            <w:r>
              <w:rPr>
                <w:rFonts w:cs="Arial"/>
                <w:sz w:val="15"/>
              </w:rPr>
              <w:t xml:space="preserve">Polish-Chinese Chamber of Industry and Commerce / </w:t>
            </w:r>
            <w:r>
              <w:rPr>
                <w:rFonts w:cs="Arial"/>
                <w:sz w:val="15"/>
              </w:rPr>
              <w:t>波中工商业联合会</w:t>
            </w:r>
          </w:p>
        </w:tc>
      </w:tr>
      <w:tr w:rsidR="00AD4779" w14:paraId="26933696" w14:textId="77777777">
        <w:trPr>
          <w:jc w:val="center"/>
        </w:trPr>
        <w:tc>
          <w:tcPr>
            <w:tcW w:w="2608" w:type="dxa"/>
            <w:tcMar>
              <w:top w:w="80" w:type="dxa"/>
              <w:left w:w="100" w:type="dxa"/>
              <w:bottom w:w="80" w:type="dxa"/>
              <w:right w:w="100" w:type="dxa"/>
            </w:tcMar>
            <w:vAlign w:val="center"/>
          </w:tcPr>
          <w:p w14:paraId="118E735C" w14:textId="77777777" w:rsidR="00AD4779" w:rsidRDefault="00000000">
            <w:pPr>
              <w:spacing w:after="0" w:line="240" w:lineRule="auto"/>
            </w:pPr>
            <w:r>
              <w:rPr>
                <w:rFonts w:cs="Arial"/>
                <w:b/>
                <w:sz w:val="15"/>
              </w:rPr>
              <w:t>Registered seat</w:t>
            </w:r>
          </w:p>
        </w:tc>
        <w:tc>
          <w:tcPr>
            <w:tcW w:w="6860" w:type="dxa"/>
            <w:tcMar>
              <w:top w:w="80" w:type="dxa"/>
              <w:left w:w="100" w:type="dxa"/>
              <w:bottom w:w="80" w:type="dxa"/>
              <w:right w:w="100" w:type="dxa"/>
            </w:tcMar>
            <w:vAlign w:val="center"/>
          </w:tcPr>
          <w:p w14:paraId="20EC5C07" w14:textId="77777777" w:rsidR="00AD4779" w:rsidRDefault="00000000">
            <w:pPr>
              <w:spacing w:after="0" w:line="240" w:lineRule="auto"/>
            </w:pPr>
            <w:r>
              <w:rPr>
                <w:rFonts w:cs="Arial"/>
                <w:sz w:val="15"/>
              </w:rPr>
              <w:t>ul. Świętojańska 46/8, 81-393 Gdynia, Poland</w:t>
            </w:r>
          </w:p>
        </w:tc>
      </w:tr>
      <w:tr w:rsidR="00AD4779" w14:paraId="66982C70" w14:textId="77777777">
        <w:trPr>
          <w:jc w:val="center"/>
        </w:trPr>
        <w:tc>
          <w:tcPr>
            <w:tcW w:w="2608" w:type="dxa"/>
            <w:tcMar>
              <w:top w:w="80" w:type="dxa"/>
              <w:left w:w="100" w:type="dxa"/>
              <w:bottom w:w="80" w:type="dxa"/>
              <w:right w:w="100" w:type="dxa"/>
            </w:tcMar>
            <w:vAlign w:val="center"/>
          </w:tcPr>
          <w:p w14:paraId="78A1DB40" w14:textId="77777777" w:rsidR="00AD4779" w:rsidRDefault="00000000">
            <w:pPr>
              <w:spacing w:after="0" w:line="240" w:lineRule="auto"/>
            </w:pPr>
            <w:r>
              <w:rPr>
                <w:rFonts w:cs="Arial"/>
                <w:b/>
                <w:sz w:val="15"/>
              </w:rPr>
              <w:t>Register numbers</w:t>
            </w:r>
          </w:p>
        </w:tc>
        <w:tc>
          <w:tcPr>
            <w:tcW w:w="6860" w:type="dxa"/>
            <w:tcMar>
              <w:top w:w="80" w:type="dxa"/>
              <w:left w:w="100" w:type="dxa"/>
              <w:bottom w:w="80" w:type="dxa"/>
              <w:right w:w="100" w:type="dxa"/>
            </w:tcMar>
            <w:vAlign w:val="center"/>
          </w:tcPr>
          <w:p w14:paraId="74652061" w14:textId="77777777" w:rsidR="00AD4779" w:rsidRDefault="00000000">
            <w:pPr>
              <w:spacing w:after="0" w:line="240" w:lineRule="auto"/>
            </w:pPr>
            <w:r>
              <w:rPr>
                <w:rFonts w:cs="Arial"/>
                <w:sz w:val="15"/>
              </w:rPr>
              <w:t>KRS: 0000306932 | NIP: 5862223568 | REGON: 220664712</w:t>
            </w:r>
          </w:p>
        </w:tc>
      </w:tr>
      <w:tr w:rsidR="00AD4779" w14:paraId="1DDC44F6" w14:textId="77777777">
        <w:trPr>
          <w:jc w:val="center"/>
        </w:trPr>
        <w:tc>
          <w:tcPr>
            <w:tcW w:w="2608" w:type="dxa"/>
            <w:tcMar>
              <w:top w:w="80" w:type="dxa"/>
              <w:left w:w="100" w:type="dxa"/>
              <w:bottom w:w="80" w:type="dxa"/>
              <w:right w:w="100" w:type="dxa"/>
            </w:tcMar>
            <w:vAlign w:val="center"/>
          </w:tcPr>
          <w:p w14:paraId="76EDA09F" w14:textId="77777777" w:rsidR="00AD4779" w:rsidRDefault="00000000">
            <w:pPr>
              <w:spacing w:after="0" w:line="240" w:lineRule="auto"/>
            </w:pPr>
            <w:r>
              <w:rPr>
                <w:rFonts w:cs="Arial"/>
                <w:b/>
                <w:sz w:val="15"/>
              </w:rPr>
              <w:t>Legal form</w:t>
            </w:r>
          </w:p>
        </w:tc>
        <w:tc>
          <w:tcPr>
            <w:tcW w:w="6860" w:type="dxa"/>
            <w:tcMar>
              <w:top w:w="80" w:type="dxa"/>
              <w:left w:w="100" w:type="dxa"/>
              <w:bottom w:w="80" w:type="dxa"/>
              <w:right w:w="100" w:type="dxa"/>
            </w:tcMar>
            <w:vAlign w:val="center"/>
          </w:tcPr>
          <w:p w14:paraId="1537EF19" w14:textId="77777777" w:rsidR="00AD4779" w:rsidRDefault="00000000">
            <w:pPr>
              <w:spacing w:after="0" w:line="240" w:lineRule="auto"/>
            </w:pPr>
            <w:r>
              <w:rPr>
                <w:rFonts w:cs="Arial"/>
                <w:sz w:val="15"/>
              </w:rPr>
              <w:t xml:space="preserve">Chamber of commerce under Polish law / </w:t>
            </w:r>
            <w:r>
              <w:rPr>
                <w:rFonts w:cs="Arial"/>
                <w:sz w:val="15"/>
              </w:rPr>
              <w:t>根据波兰法律设立的商会</w:t>
            </w:r>
          </w:p>
        </w:tc>
      </w:tr>
      <w:tr w:rsidR="00AD4779" w14:paraId="704CCDC5" w14:textId="77777777">
        <w:trPr>
          <w:jc w:val="center"/>
        </w:trPr>
        <w:tc>
          <w:tcPr>
            <w:tcW w:w="2608" w:type="dxa"/>
            <w:tcMar>
              <w:top w:w="80" w:type="dxa"/>
              <w:left w:w="100" w:type="dxa"/>
              <w:bottom w:w="80" w:type="dxa"/>
              <w:right w:w="100" w:type="dxa"/>
            </w:tcMar>
            <w:vAlign w:val="center"/>
          </w:tcPr>
          <w:p w14:paraId="264E51A8" w14:textId="77777777" w:rsidR="00AD4779" w:rsidRDefault="00000000">
            <w:pPr>
              <w:spacing w:after="0" w:line="240" w:lineRule="auto"/>
            </w:pPr>
            <w:r>
              <w:rPr>
                <w:rFonts w:cs="Arial"/>
                <w:b/>
                <w:sz w:val="15"/>
              </w:rPr>
              <w:t>Document version</w:t>
            </w:r>
          </w:p>
        </w:tc>
        <w:tc>
          <w:tcPr>
            <w:tcW w:w="6860" w:type="dxa"/>
            <w:tcMar>
              <w:top w:w="80" w:type="dxa"/>
              <w:left w:w="100" w:type="dxa"/>
              <w:bottom w:w="80" w:type="dxa"/>
              <w:right w:w="100" w:type="dxa"/>
            </w:tcMar>
            <w:vAlign w:val="center"/>
          </w:tcPr>
          <w:p w14:paraId="259F6E07" w14:textId="77777777" w:rsidR="00AD4779" w:rsidRDefault="00000000">
            <w:pPr>
              <w:spacing w:after="0" w:line="240" w:lineRule="auto"/>
            </w:pPr>
            <w:r>
              <w:rPr>
                <w:rFonts w:cs="Arial"/>
                <w:sz w:val="15"/>
              </w:rPr>
              <w:t xml:space="preserve">EN-CN, May 2026 / </w:t>
            </w:r>
            <w:r>
              <w:rPr>
                <w:rFonts w:cs="Arial"/>
                <w:sz w:val="15"/>
              </w:rPr>
              <w:t>英文</w:t>
            </w:r>
            <w:r>
              <w:rPr>
                <w:rFonts w:cs="Arial"/>
                <w:sz w:val="15"/>
              </w:rPr>
              <w:t>-</w:t>
            </w:r>
            <w:r>
              <w:rPr>
                <w:rFonts w:cs="Arial"/>
                <w:sz w:val="15"/>
              </w:rPr>
              <w:t>中文，</w:t>
            </w:r>
            <w:r>
              <w:rPr>
                <w:rFonts w:cs="Arial"/>
                <w:sz w:val="15"/>
              </w:rPr>
              <w:t>2026</w:t>
            </w:r>
            <w:r>
              <w:rPr>
                <w:rFonts w:cs="Arial"/>
                <w:sz w:val="15"/>
              </w:rPr>
              <w:t>年</w:t>
            </w:r>
            <w:r>
              <w:rPr>
                <w:rFonts w:cs="Arial"/>
                <w:sz w:val="15"/>
              </w:rPr>
              <w:t>5</w:t>
            </w:r>
            <w:r>
              <w:rPr>
                <w:rFonts w:cs="Arial"/>
                <w:sz w:val="15"/>
              </w:rPr>
              <w:t>月</w:t>
            </w:r>
          </w:p>
        </w:tc>
      </w:tr>
    </w:tbl>
    <w:p w14:paraId="4D7EE67E" w14:textId="77777777" w:rsidR="00AD4779" w:rsidRDefault="00000000">
      <w:pPr>
        <w:spacing w:before="100" w:after="20" w:line="240" w:lineRule="auto"/>
      </w:pPr>
      <w:r>
        <w:rPr>
          <w:rFonts w:cs="Arial"/>
          <w:b/>
          <w:color w:val="8B1E1E"/>
          <w:sz w:val="16"/>
        </w:rPr>
        <w:t xml:space="preserve">Legal note / </w:t>
      </w:r>
      <w:r>
        <w:rPr>
          <w:rFonts w:cs="Arial"/>
          <w:b/>
          <w:color w:val="8B1E1E"/>
          <w:sz w:val="16"/>
        </w:rPr>
        <w:t>法律说明</w:t>
      </w:r>
    </w:p>
    <w:p w14:paraId="185D4738" w14:textId="77777777" w:rsidR="00AD4779" w:rsidRDefault="00000000">
      <w:pPr>
        <w:spacing w:after="20" w:line="240" w:lineRule="auto"/>
      </w:pPr>
      <w:r>
        <w:rPr>
          <w:rFonts w:cs="Arial"/>
          <w:sz w:val="15"/>
        </w:rPr>
        <w:t>This bilingual English-Chinese document is an auxiliary version. The membership relationship is governed by the Chamber Statute and Polish law. In the event of any discrepancy, the Chamber Statute, mandatory provisions of Polish law and Polish-language documents prevail.</w:t>
      </w:r>
    </w:p>
    <w:p w14:paraId="4D81E1D8" w14:textId="77777777" w:rsidR="00AD4779" w:rsidRDefault="00000000">
      <w:pPr>
        <w:spacing w:after="80" w:line="240" w:lineRule="auto"/>
      </w:pPr>
      <w:r>
        <w:rPr>
          <w:rFonts w:cs="Arial"/>
          <w:sz w:val="14"/>
        </w:rPr>
        <w:t>本英文</w:t>
      </w:r>
      <w:r>
        <w:rPr>
          <w:rFonts w:cs="Arial"/>
          <w:sz w:val="14"/>
        </w:rPr>
        <w:t>/</w:t>
      </w:r>
      <w:r>
        <w:rPr>
          <w:rFonts w:cs="Arial"/>
          <w:sz w:val="14"/>
        </w:rPr>
        <w:t>中文双语文件为辅助版本。会员关系受本会章程及波兰法律约束。如本文件与本会章程、波兰强制性法律规定或波兰语文件不一致，应以本会章程、波兰法律及波兰语文件为准。</w:t>
      </w:r>
    </w:p>
    <w:p w14:paraId="0AC205A5" w14:textId="77777777" w:rsidR="00AD4779" w:rsidRDefault="00000000">
      <w:pPr>
        <w:keepNext/>
        <w:spacing w:before="160" w:after="80"/>
      </w:pPr>
      <w:r>
        <w:rPr>
          <w:rFonts w:cs="Arial"/>
          <w:b/>
          <w:color w:val="8B1E1E"/>
          <w:sz w:val="21"/>
        </w:rPr>
        <w:t>1. Applicant details</w:t>
      </w:r>
      <w:r>
        <w:rPr>
          <w:rFonts w:cs="Arial"/>
          <w:b/>
          <w:color w:val="8B1E1E"/>
          <w:sz w:val="21"/>
        </w:rPr>
        <w:br/>
        <w:t xml:space="preserve">1. </w:t>
      </w:r>
      <w:r>
        <w:rPr>
          <w:rFonts w:cs="Arial"/>
          <w:b/>
          <w:color w:val="8B1E1E"/>
          <w:sz w:val="21"/>
        </w:rPr>
        <w:t>申请人信息</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3628"/>
        <w:gridCol w:w="5840"/>
      </w:tblGrid>
      <w:tr w:rsidR="00AD4779" w14:paraId="46B60A59" w14:textId="77777777">
        <w:trPr>
          <w:jc w:val="center"/>
        </w:trPr>
        <w:tc>
          <w:tcPr>
            <w:tcW w:w="3628" w:type="dxa"/>
            <w:shd w:val="clear" w:color="auto" w:fill="8B1E1E"/>
            <w:tcMar>
              <w:top w:w="80" w:type="dxa"/>
              <w:left w:w="100" w:type="dxa"/>
              <w:bottom w:w="80" w:type="dxa"/>
              <w:right w:w="100" w:type="dxa"/>
            </w:tcMar>
            <w:vAlign w:val="center"/>
          </w:tcPr>
          <w:p w14:paraId="505F4D2D" w14:textId="77777777" w:rsidR="00AD4779" w:rsidRDefault="00000000">
            <w:pPr>
              <w:spacing w:after="0" w:line="240" w:lineRule="auto"/>
            </w:pPr>
            <w:r>
              <w:rPr>
                <w:rFonts w:cs="Arial"/>
                <w:b/>
                <w:color w:val="FFFFFF"/>
                <w:sz w:val="16"/>
              </w:rPr>
              <w:t xml:space="preserve">Field / </w:t>
            </w:r>
            <w:r>
              <w:rPr>
                <w:rFonts w:cs="Arial"/>
                <w:b/>
                <w:color w:val="FFFFFF"/>
                <w:sz w:val="16"/>
              </w:rPr>
              <w:t>字段</w:t>
            </w:r>
          </w:p>
        </w:tc>
        <w:tc>
          <w:tcPr>
            <w:tcW w:w="5840" w:type="dxa"/>
            <w:shd w:val="clear" w:color="auto" w:fill="8B1E1E"/>
            <w:tcMar>
              <w:top w:w="80" w:type="dxa"/>
              <w:left w:w="100" w:type="dxa"/>
              <w:bottom w:w="80" w:type="dxa"/>
              <w:right w:w="100" w:type="dxa"/>
            </w:tcMar>
            <w:vAlign w:val="center"/>
          </w:tcPr>
          <w:p w14:paraId="7320A710" w14:textId="77777777" w:rsidR="00AD4779" w:rsidRDefault="00000000">
            <w:pPr>
              <w:spacing w:after="0" w:line="240" w:lineRule="auto"/>
            </w:pPr>
            <w:r>
              <w:rPr>
                <w:rFonts w:cs="Arial"/>
                <w:b/>
                <w:color w:val="FFFFFF"/>
                <w:sz w:val="16"/>
              </w:rPr>
              <w:t xml:space="preserve">To be completed / </w:t>
            </w:r>
            <w:r>
              <w:rPr>
                <w:rFonts w:cs="Arial"/>
                <w:b/>
                <w:color w:val="FFFFFF"/>
                <w:sz w:val="16"/>
              </w:rPr>
              <w:t>填写内容</w:t>
            </w:r>
          </w:p>
        </w:tc>
      </w:tr>
      <w:tr w:rsidR="00AD4779" w14:paraId="6257A269" w14:textId="77777777">
        <w:trPr>
          <w:jc w:val="center"/>
        </w:trPr>
        <w:tc>
          <w:tcPr>
            <w:tcW w:w="3628" w:type="dxa"/>
            <w:tcMar>
              <w:top w:w="80" w:type="dxa"/>
              <w:left w:w="100" w:type="dxa"/>
              <w:bottom w:w="80" w:type="dxa"/>
              <w:right w:w="100" w:type="dxa"/>
            </w:tcMar>
            <w:vAlign w:val="center"/>
          </w:tcPr>
          <w:p w14:paraId="50B7C3C9" w14:textId="77777777" w:rsidR="00AD4779" w:rsidRDefault="00000000">
            <w:pPr>
              <w:spacing w:after="0" w:line="240" w:lineRule="auto"/>
            </w:pPr>
            <w:r>
              <w:rPr>
                <w:rFonts w:cs="Arial"/>
                <w:sz w:val="15"/>
              </w:rPr>
              <w:t>Full legal name of applicant</w:t>
            </w:r>
            <w:r>
              <w:rPr>
                <w:rFonts w:cs="Arial"/>
                <w:sz w:val="15"/>
              </w:rPr>
              <w:br/>
            </w:r>
            <w:r>
              <w:rPr>
                <w:rFonts w:cs="Arial"/>
                <w:sz w:val="15"/>
              </w:rPr>
              <w:t>申请人法定全称</w:t>
            </w:r>
          </w:p>
        </w:tc>
        <w:tc>
          <w:tcPr>
            <w:tcW w:w="5840" w:type="dxa"/>
            <w:tcMar>
              <w:top w:w="80" w:type="dxa"/>
              <w:left w:w="100" w:type="dxa"/>
              <w:bottom w:w="80" w:type="dxa"/>
              <w:right w:w="100" w:type="dxa"/>
            </w:tcMar>
            <w:vAlign w:val="center"/>
          </w:tcPr>
          <w:p w14:paraId="34DECC7D" w14:textId="77777777" w:rsidR="00AD4779" w:rsidRDefault="00000000">
            <w:pPr>
              <w:spacing w:after="0" w:line="240" w:lineRule="auto"/>
            </w:pPr>
            <w:r>
              <w:rPr>
                <w:rFonts w:cs="Arial"/>
                <w:color w:val="666666"/>
                <w:sz w:val="15"/>
              </w:rPr>
              <w:t>....................................................................................................</w:t>
            </w:r>
          </w:p>
        </w:tc>
      </w:tr>
      <w:tr w:rsidR="00AD4779" w14:paraId="4F17A9B4" w14:textId="77777777">
        <w:trPr>
          <w:jc w:val="center"/>
        </w:trPr>
        <w:tc>
          <w:tcPr>
            <w:tcW w:w="3628" w:type="dxa"/>
            <w:tcMar>
              <w:top w:w="80" w:type="dxa"/>
              <w:left w:w="100" w:type="dxa"/>
              <w:bottom w:w="80" w:type="dxa"/>
              <w:right w:w="100" w:type="dxa"/>
            </w:tcMar>
            <w:vAlign w:val="center"/>
          </w:tcPr>
          <w:p w14:paraId="56FE8F87" w14:textId="77777777" w:rsidR="00AD4779" w:rsidRDefault="00000000">
            <w:pPr>
              <w:spacing w:after="0" w:line="240" w:lineRule="auto"/>
            </w:pPr>
            <w:r>
              <w:rPr>
                <w:rFonts w:cs="Arial"/>
                <w:sz w:val="15"/>
              </w:rPr>
              <w:t>Trading name, if different</w:t>
            </w:r>
            <w:r>
              <w:rPr>
                <w:rFonts w:cs="Arial"/>
                <w:sz w:val="15"/>
              </w:rPr>
              <w:br/>
            </w:r>
            <w:r>
              <w:rPr>
                <w:rFonts w:cs="Arial"/>
                <w:sz w:val="15"/>
              </w:rPr>
              <w:t>商业名称（如不同）</w:t>
            </w:r>
          </w:p>
        </w:tc>
        <w:tc>
          <w:tcPr>
            <w:tcW w:w="5840" w:type="dxa"/>
            <w:tcMar>
              <w:top w:w="80" w:type="dxa"/>
              <w:left w:w="100" w:type="dxa"/>
              <w:bottom w:w="80" w:type="dxa"/>
              <w:right w:w="100" w:type="dxa"/>
            </w:tcMar>
            <w:vAlign w:val="center"/>
          </w:tcPr>
          <w:p w14:paraId="7ED511C5" w14:textId="77777777" w:rsidR="00AD4779" w:rsidRDefault="00000000">
            <w:pPr>
              <w:spacing w:after="0" w:line="240" w:lineRule="auto"/>
            </w:pPr>
            <w:r>
              <w:rPr>
                <w:rFonts w:cs="Arial"/>
                <w:color w:val="666666"/>
                <w:sz w:val="15"/>
              </w:rPr>
              <w:t>....................................................................................................</w:t>
            </w:r>
          </w:p>
        </w:tc>
      </w:tr>
      <w:tr w:rsidR="00AD4779" w14:paraId="47278CB2" w14:textId="77777777">
        <w:trPr>
          <w:jc w:val="center"/>
        </w:trPr>
        <w:tc>
          <w:tcPr>
            <w:tcW w:w="3628" w:type="dxa"/>
            <w:tcMar>
              <w:top w:w="80" w:type="dxa"/>
              <w:left w:w="100" w:type="dxa"/>
              <w:bottom w:w="80" w:type="dxa"/>
              <w:right w:w="100" w:type="dxa"/>
            </w:tcMar>
            <w:vAlign w:val="center"/>
          </w:tcPr>
          <w:p w14:paraId="59D63109" w14:textId="77777777" w:rsidR="00AD4779" w:rsidRDefault="00000000">
            <w:pPr>
              <w:spacing w:after="0" w:line="240" w:lineRule="auto"/>
            </w:pPr>
            <w:r>
              <w:rPr>
                <w:rFonts w:cs="Arial"/>
                <w:sz w:val="15"/>
              </w:rPr>
              <w:t>Legal form</w:t>
            </w:r>
            <w:r>
              <w:rPr>
                <w:rFonts w:cs="Arial"/>
                <w:sz w:val="15"/>
              </w:rPr>
              <w:br/>
            </w:r>
            <w:r>
              <w:rPr>
                <w:rFonts w:cs="Arial"/>
                <w:sz w:val="15"/>
              </w:rPr>
              <w:t>法律形式</w:t>
            </w:r>
          </w:p>
        </w:tc>
        <w:tc>
          <w:tcPr>
            <w:tcW w:w="5840" w:type="dxa"/>
            <w:tcMar>
              <w:top w:w="80" w:type="dxa"/>
              <w:left w:w="100" w:type="dxa"/>
              <w:bottom w:w="80" w:type="dxa"/>
              <w:right w:w="100" w:type="dxa"/>
            </w:tcMar>
            <w:vAlign w:val="center"/>
          </w:tcPr>
          <w:p w14:paraId="09240D86" w14:textId="77777777" w:rsidR="00AD4779" w:rsidRDefault="00000000">
            <w:pPr>
              <w:spacing w:after="0" w:line="240" w:lineRule="auto"/>
            </w:pPr>
            <w:r>
              <w:rPr>
                <w:rFonts w:cs="Arial"/>
                <w:color w:val="666666"/>
                <w:sz w:val="15"/>
              </w:rPr>
              <w:t>....................................................................................................</w:t>
            </w:r>
          </w:p>
        </w:tc>
      </w:tr>
      <w:tr w:rsidR="00AD4779" w14:paraId="66BA409B" w14:textId="77777777">
        <w:trPr>
          <w:jc w:val="center"/>
        </w:trPr>
        <w:tc>
          <w:tcPr>
            <w:tcW w:w="3628" w:type="dxa"/>
            <w:tcMar>
              <w:top w:w="80" w:type="dxa"/>
              <w:left w:w="100" w:type="dxa"/>
              <w:bottom w:w="80" w:type="dxa"/>
              <w:right w:w="100" w:type="dxa"/>
            </w:tcMar>
            <w:vAlign w:val="center"/>
          </w:tcPr>
          <w:p w14:paraId="534D5949" w14:textId="77777777" w:rsidR="00AD4779" w:rsidRDefault="00000000">
            <w:pPr>
              <w:spacing w:after="0" w:line="240" w:lineRule="auto"/>
            </w:pPr>
            <w:r>
              <w:rPr>
                <w:rFonts w:cs="Arial"/>
                <w:sz w:val="15"/>
              </w:rPr>
              <w:t>Registered address</w:t>
            </w:r>
            <w:r>
              <w:rPr>
                <w:rFonts w:cs="Arial"/>
                <w:sz w:val="15"/>
              </w:rPr>
              <w:br/>
            </w:r>
            <w:r>
              <w:rPr>
                <w:rFonts w:cs="Arial"/>
                <w:sz w:val="15"/>
              </w:rPr>
              <w:t>注册地址</w:t>
            </w:r>
          </w:p>
        </w:tc>
        <w:tc>
          <w:tcPr>
            <w:tcW w:w="5840" w:type="dxa"/>
            <w:tcMar>
              <w:top w:w="80" w:type="dxa"/>
              <w:left w:w="100" w:type="dxa"/>
              <w:bottom w:w="80" w:type="dxa"/>
              <w:right w:w="100" w:type="dxa"/>
            </w:tcMar>
            <w:vAlign w:val="center"/>
          </w:tcPr>
          <w:p w14:paraId="59673071" w14:textId="77777777" w:rsidR="00AD4779" w:rsidRDefault="00000000">
            <w:pPr>
              <w:spacing w:after="0" w:line="240" w:lineRule="auto"/>
            </w:pPr>
            <w:r>
              <w:rPr>
                <w:rFonts w:cs="Arial"/>
                <w:color w:val="666666"/>
                <w:sz w:val="15"/>
              </w:rPr>
              <w:t>....................................................................................................</w:t>
            </w:r>
          </w:p>
        </w:tc>
      </w:tr>
      <w:tr w:rsidR="00AD4779" w14:paraId="3BE2BCF0" w14:textId="77777777">
        <w:trPr>
          <w:jc w:val="center"/>
        </w:trPr>
        <w:tc>
          <w:tcPr>
            <w:tcW w:w="3628" w:type="dxa"/>
            <w:tcMar>
              <w:top w:w="80" w:type="dxa"/>
              <w:left w:w="100" w:type="dxa"/>
              <w:bottom w:w="80" w:type="dxa"/>
              <w:right w:w="100" w:type="dxa"/>
            </w:tcMar>
            <w:vAlign w:val="center"/>
          </w:tcPr>
          <w:p w14:paraId="124D672F" w14:textId="77777777" w:rsidR="00AD4779" w:rsidRDefault="00000000">
            <w:pPr>
              <w:spacing w:after="0" w:line="240" w:lineRule="auto"/>
            </w:pPr>
            <w:r>
              <w:rPr>
                <w:rFonts w:cs="Arial"/>
                <w:sz w:val="15"/>
              </w:rPr>
              <w:t>Correspondence address, if different</w:t>
            </w:r>
            <w:r>
              <w:rPr>
                <w:rFonts w:cs="Arial"/>
                <w:sz w:val="15"/>
              </w:rPr>
              <w:br/>
            </w:r>
            <w:r>
              <w:rPr>
                <w:rFonts w:cs="Arial"/>
                <w:sz w:val="15"/>
              </w:rPr>
              <w:t>通讯地址（如不同）</w:t>
            </w:r>
          </w:p>
        </w:tc>
        <w:tc>
          <w:tcPr>
            <w:tcW w:w="5840" w:type="dxa"/>
            <w:tcMar>
              <w:top w:w="80" w:type="dxa"/>
              <w:left w:w="100" w:type="dxa"/>
              <w:bottom w:w="80" w:type="dxa"/>
              <w:right w:w="100" w:type="dxa"/>
            </w:tcMar>
            <w:vAlign w:val="center"/>
          </w:tcPr>
          <w:p w14:paraId="3E7C26A1" w14:textId="77777777" w:rsidR="00AD4779" w:rsidRDefault="00000000">
            <w:pPr>
              <w:spacing w:after="0" w:line="240" w:lineRule="auto"/>
            </w:pPr>
            <w:r>
              <w:rPr>
                <w:rFonts w:cs="Arial"/>
                <w:color w:val="666666"/>
                <w:sz w:val="15"/>
              </w:rPr>
              <w:t>....................................................................................................</w:t>
            </w:r>
          </w:p>
        </w:tc>
      </w:tr>
      <w:tr w:rsidR="00AD4779" w14:paraId="4609266C" w14:textId="77777777">
        <w:trPr>
          <w:jc w:val="center"/>
        </w:trPr>
        <w:tc>
          <w:tcPr>
            <w:tcW w:w="3628" w:type="dxa"/>
            <w:tcMar>
              <w:top w:w="80" w:type="dxa"/>
              <w:left w:w="100" w:type="dxa"/>
              <w:bottom w:w="80" w:type="dxa"/>
              <w:right w:w="100" w:type="dxa"/>
            </w:tcMar>
            <w:vAlign w:val="center"/>
          </w:tcPr>
          <w:p w14:paraId="047723D9" w14:textId="77777777" w:rsidR="00AD4779" w:rsidRDefault="00000000">
            <w:pPr>
              <w:spacing w:after="0" w:line="240" w:lineRule="auto"/>
            </w:pPr>
            <w:r>
              <w:rPr>
                <w:rFonts w:cs="Arial"/>
                <w:sz w:val="15"/>
              </w:rPr>
              <w:t>Country of registration</w:t>
            </w:r>
            <w:r>
              <w:rPr>
                <w:rFonts w:cs="Arial"/>
                <w:sz w:val="15"/>
              </w:rPr>
              <w:br/>
            </w:r>
            <w:r>
              <w:rPr>
                <w:rFonts w:cs="Arial"/>
                <w:sz w:val="15"/>
              </w:rPr>
              <w:t>注册国家</w:t>
            </w:r>
            <w:r>
              <w:rPr>
                <w:rFonts w:cs="Arial"/>
                <w:sz w:val="15"/>
              </w:rPr>
              <w:t>/</w:t>
            </w:r>
            <w:r>
              <w:rPr>
                <w:rFonts w:cs="Arial"/>
                <w:sz w:val="15"/>
              </w:rPr>
              <w:t>地区</w:t>
            </w:r>
          </w:p>
        </w:tc>
        <w:tc>
          <w:tcPr>
            <w:tcW w:w="5840" w:type="dxa"/>
            <w:tcMar>
              <w:top w:w="80" w:type="dxa"/>
              <w:left w:w="100" w:type="dxa"/>
              <w:bottom w:w="80" w:type="dxa"/>
              <w:right w:w="100" w:type="dxa"/>
            </w:tcMar>
            <w:vAlign w:val="center"/>
          </w:tcPr>
          <w:p w14:paraId="69A6FB72" w14:textId="77777777" w:rsidR="00AD4779" w:rsidRDefault="00000000">
            <w:pPr>
              <w:spacing w:after="0" w:line="240" w:lineRule="auto"/>
            </w:pPr>
            <w:r>
              <w:rPr>
                <w:rFonts w:cs="Arial"/>
                <w:color w:val="666666"/>
                <w:sz w:val="15"/>
              </w:rPr>
              <w:t>....................................................................................................</w:t>
            </w:r>
          </w:p>
        </w:tc>
      </w:tr>
      <w:tr w:rsidR="00AD4779" w14:paraId="370EC0F9" w14:textId="77777777">
        <w:trPr>
          <w:jc w:val="center"/>
        </w:trPr>
        <w:tc>
          <w:tcPr>
            <w:tcW w:w="3628" w:type="dxa"/>
            <w:tcMar>
              <w:top w:w="80" w:type="dxa"/>
              <w:left w:w="100" w:type="dxa"/>
              <w:bottom w:w="80" w:type="dxa"/>
              <w:right w:w="100" w:type="dxa"/>
            </w:tcMar>
            <w:vAlign w:val="center"/>
          </w:tcPr>
          <w:p w14:paraId="6813C730" w14:textId="77777777" w:rsidR="00AD4779" w:rsidRDefault="00000000">
            <w:pPr>
              <w:spacing w:after="0" w:line="240" w:lineRule="auto"/>
            </w:pPr>
            <w:r>
              <w:rPr>
                <w:rFonts w:cs="Arial"/>
                <w:sz w:val="15"/>
              </w:rPr>
              <w:t>Tax identification number / VAT ID</w:t>
            </w:r>
            <w:r>
              <w:rPr>
                <w:rFonts w:cs="Arial"/>
                <w:sz w:val="15"/>
              </w:rPr>
              <w:br/>
            </w:r>
            <w:r>
              <w:rPr>
                <w:rFonts w:cs="Arial"/>
                <w:sz w:val="15"/>
              </w:rPr>
              <w:t>税号</w:t>
            </w:r>
            <w:r>
              <w:rPr>
                <w:rFonts w:cs="Arial"/>
                <w:sz w:val="15"/>
              </w:rPr>
              <w:t>/</w:t>
            </w:r>
            <w:r>
              <w:rPr>
                <w:rFonts w:cs="Arial"/>
                <w:sz w:val="15"/>
              </w:rPr>
              <w:t>增值税号</w:t>
            </w:r>
          </w:p>
        </w:tc>
        <w:tc>
          <w:tcPr>
            <w:tcW w:w="5840" w:type="dxa"/>
            <w:tcMar>
              <w:top w:w="80" w:type="dxa"/>
              <w:left w:w="100" w:type="dxa"/>
              <w:bottom w:w="80" w:type="dxa"/>
              <w:right w:w="100" w:type="dxa"/>
            </w:tcMar>
            <w:vAlign w:val="center"/>
          </w:tcPr>
          <w:p w14:paraId="59CD60FD" w14:textId="77777777" w:rsidR="00AD4779" w:rsidRDefault="00000000">
            <w:pPr>
              <w:spacing w:after="0" w:line="240" w:lineRule="auto"/>
            </w:pPr>
            <w:r>
              <w:rPr>
                <w:rFonts w:cs="Arial"/>
                <w:color w:val="666666"/>
                <w:sz w:val="15"/>
              </w:rPr>
              <w:t>....................................................................................................</w:t>
            </w:r>
          </w:p>
        </w:tc>
      </w:tr>
      <w:tr w:rsidR="00AD4779" w14:paraId="56E69D6E" w14:textId="77777777">
        <w:trPr>
          <w:jc w:val="center"/>
        </w:trPr>
        <w:tc>
          <w:tcPr>
            <w:tcW w:w="3628" w:type="dxa"/>
            <w:tcMar>
              <w:top w:w="80" w:type="dxa"/>
              <w:left w:w="100" w:type="dxa"/>
              <w:bottom w:w="80" w:type="dxa"/>
              <w:right w:w="100" w:type="dxa"/>
            </w:tcMar>
            <w:vAlign w:val="center"/>
          </w:tcPr>
          <w:p w14:paraId="4C0DDBFC" w14:textId="77777777" w:rsidR="00AD4779" w:rsidRDefault="00000000">
            <w:pPr>
              <w:spacing w:after="0" w:line="240" w:lineRule="auto"/>
            </w:pPr>
            <w:r>
              <w:rPr>
                <w:rFonts w:cs="Arial"/>
                <w:sz w:val="15"/>
              </w:rPr>
              <w:t>Commercial register number</w:t>
            </w:r>
            <w:r>
              <w:rPr>
                <w:rFonts w:cs="Arial"/>
                <w:sz w:val="15"/>
              </w:rPr>
              <w:br/>
            </w:r>
            <w:r>
              <w:rPr>
                <w:rFonts w:cs="Arial"/>
                <w:sz w:val="15"/>
              </w:rPr>
              <w:t>商业登记号码</w:t>
            </w:r>
          </w:p>
        </w:tc>
        <w:tc>
          <w:tcPr>
            <w:tcW w:w="5840" w:type="dxa"/>
            <w:tcMar>
              <w:top w:w="80" w:type="dxa"/>
              <w:left w:w="100" w:type="dxa"/>
              <w:bottom w:w="80" w:type="dxa"/>
              <w:right w:w="100" w:type="dxa"/>
            </w:tcMar>
            <w:vAlign w:val="center"/>
          </w:tcPr>
          <w:p w14:paraId="4ABD2FFB" w14:textId="77777777" w:rsidR="00AD4779" w:rsidRDefault="00000000">
            <w:pPr>
              <w:spacing w:after="0" w:line="240" w:lineRule="auto"/>
            </w:pPr>
            <w:r>
              <w:rPr>
                <w:rFonts w:cs="Arial"/>
                <w:color w:val="666666"/>
                <w:sz w:val="15"/>
              </w:rPr>
              <w:t>....................................................................................................</w:t>
            </w:r>
          </w:p>
        </w:tc>
      </w:tr>
      <w:tr w:rsidR="00AD4779" w14:paraId="05A9C23D" w14:textId="77777777">
        <w:trPr>
          <w:jc w:val="center"/>
        </w:trPr>
        <w:tc>
          <w:tcPr>
            <w:tcW w:w="3628" w:type="dxa"/>
            <w:tcMar>
              <w:top w:w="80" w:type="dxa"/>
              <w:left w:w="100" w:type="dxa"/>
              <w:bottom w:w="80" w:type="dxa"/>
              <w:right w:w="100" w:type="dxa"/>
            </w:tcMar>
            <w:vAlign w:val="center"/>
          </w:tcPr>
          <w:p w14:paraId="6832585B" w14:textId="77777777" w:rsidR="00AD4779" w:rsidRDefault="00000000">
            <w:pPr>
              <w:spacing w:after="0" w:line="240" w:lineRule="auto"/>
            </w:pPr>
            <w:r>
              <w:rPr>
                <w:rFonts w:cs="Arial"/>
                <w:sz w:val="15"/>
              </w:rPr>
              <w:t>Website</w:t>
            </w:r>
            <w:r>
              <w:rPr>
                <w:rFonts w:cs="Arial"/>
                <w:sz w:val="15"/>
              </w:rPr>
              <w:br/>
            </w:r>
            <w:r>
              <w:rPr>
                <w:rFonts w:cs="Arial"/>
                <w:sz w:val="15"/>
              </w:rPr>
              <w:t>网站</w:t>
            </w:r>
          </w:p>
        </w:tc>
        <w:tc>
          <w:tcPr>
            <w:tcW w:w="5840" w:type="dxa"/>
            <w:tcMar>
              <w:top w:w="80" w:type="dxa"/>
              <w:left w:w="100" w:type="dxa"/>
              <w:bottom w:w="80" w:type="dxa"/>
              <w:right w:w="100" w:type="dxa"/>
            </w:tcMar>
            <w:vAlign w:val="center"/>
          </w:tcPr>
          <w:p w14:paraId="6E747B44" w14:textId="77777777" w:rsidR="00AD4779" w:rsidRDefault="00000000">
            <w:pPr>
              <w:spacing w:after="0" w:line="240" w:lineRule="auto"/>
            </w:pPr>
            <w:r>
              <w:rPr>
                <w:rFonts w:cs="Arial"/>
                <w:color w:val="666666"/>
                <w:sz w:val="15"/>
              </w:rPr>
              <w:t>....................................................................................................</w:t>
            </w:r>
          </w:p>
        </w:tc>
      </w:tr>
      <w:tr w:rsidR="00AD4779" w14:paraId="69DE34B9" w14:textId="77777777">
        <w:trPr>
          <w:jc w:val="center"/>
        </w:trPr>
        <w:tc>
          <w:tcPr>
            <w:tcW w:w="3628" w:type="dxa"/>
            <w:tcMar>
              <w:top w:w="80" w:type="dxa"/>
              <w:left w:w="100" w:type="dxa"/>
              <w:bottom w:w="80" w:type="dxa"/>
              <w:right w:w="100" w:type="dxa"/>
            </w:tcMar>
            <w:vAlign w:val="center"/>
          </w:tcPr>
          <w:p w14:paraId="5C8D4C3D" w14:textId="77777777" w:rsidR="00AD4779" w:rsidRDefault="00000000">
            <w:pPr>
              <w:spacing w:after="0" w:line="240" w:lineRule="auto"/>
            </w:pPr>
            <w:r>
              <w:rPr>
                <w:rFonts w:cs="Arial"/>
                <w:sz w:val="15"/>
              </w:rPr>
              <w:t>Year of establishment</w:t>
            </w:r>
            <w:r>
              <w:rPr>
                <w:rFonts w:cs="Arial"/>
                <w:sz w:val="15"/>
              </w:rPr>
              <w:br/>
            </w:r>
            <w:r>
              <w:rPr>
                <w:rFonts w:cs="Arial"/>
                <w:sz w:val="15"/>
              </w:rPr>
              <w:t>成立年份</w:t>
            </w:r>
          </w:p>
        </w:tc>
        <w:tc>
          <w:tcPr>
            <w:tcW w:w="5840" w:type="dxa"/>
            <w:tcMar>
              <w:top w:w="80" w:type="dxa"/>
              <w:left w:w="100" w:type="dxa"/>
              <w:bottom w:w="80" w:type="dxa"/>
              <w:right w:w="100" w:type="dxa"/>
            </w:tcMar>
            <w:vAlign w:val="center"/>
          </w:tcPr>
          <w:p w14:paraId="33B2B533" w14:textId="77777777" w:rsidR="00AD4779" w:rsidRDefault="00000000">
            <w:pPr>
              <w:spacing w:after="0" w:line="240" w:lineRule="auto"/>
            </w:pPr>
            <w:r>
              <w:rPr>
                <w:rFonts w:cs="Arial"/>
                <w:color w:val="666666"/>
                <w:sz w:val="15"/>
              </w:rPr>
              <w:t>....................................................................................................</w:t>
            </w:r>
          </w:p>
        </w:tc>
      </w:tr>
    </w:tbl>
    <w:p w14:paraId="0C999D30" w14:textId="77777777" w:rsidR="00AD4779" w:rsidRDefault="00000000">
      <w:pPr>
        <w:keepNext/>
        <w:spacing w:before="160" w:after="80"/>
      </w:pPr>
      <w:r>
        <w:rPr>
          <w:rFonts w:cs="Arial"/>
          <w:b/>
          <w:color w:val="8B1E1E"/>
          <w:sz w:val="21"/>
        </w:rPr>
        <w:lastRenderedPageBreak/>
        <w:t>2. Authorized representative and contact person</w:t>
      </w:r>
      <w:r>
        <w:rPr>
          <w:rFonts w:cs="Arial"/>
          <w:b/>
          <w:color w:val="8B1E1E"/>
          <w:sz w:val="21"/>
        </w:rPr>
        <w:br/>
        <w:t xml:space="preserve">2. </w:t>
      </w:r>
      <w:r>
        <w:rPr>
          <w:rFonts w:cs="Arial"/>
          <w:b/>
          <w:color w:val="8B1E1E"/>
          <w:sz w:val="21"/>
        </w:rPr>
        <w:t>授权代表及联系人</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3628"/>
        <w:gridCol w:w="5840"/>
      </w:tblGrid>
      <w:tr w:rsidR="00AD4779" w14:paraId="37CD6631" w14:textId="77777777">
        <w:trPr>
          <w:jc w:val="center"/>
        </w:trPr>
        <w:tc>
          <w:tcPr>
            <w:tcW w:w="3628" w:type="dxa"/>
            <w:shd w:val="clear" w:color="auto" w:fill="8B1E1E"/>
            <w:tcMar>
              <w:top w:w="80" w:type="dxa"/>
              <w:left w:w="100" w:type="dxa"/>
              <w:bottom w:w="80" w:type="dxa"/>
              <w:right w:w="100" w:type="dxa"/>
            </w:tcMar>
            <w:vAlign w:val="center"/>
          </w:tcPr>
          <w:p w14:paraId="7C2FF733" w14:textId="77777777" w:rsidR="00AD4779" w:rsidRDefault="00000000">
            <w:pPr>
              <w:spacing w:after="0" w:line="240" w:lineRule="auto"/>
            </w:pPr>
            <w:r>
              <w:rPr>
                <w:rFonts w:cs="Arial"/>
                <w:b/>
                <w:color w:val="FFFFFF"/>
                <w:sz w:val="16"/>
              </w:rPr>
              <w:t xml:space="preserve">Field / </w:t>
            </w:r>
            <w:r>
              <w:rPr>
                <w:rFonts w:cs="Arial"/>
                <w:b/>
                <w:color w:val="FFFFFF"/>
                <w:sz w:val="16"/>
              </w:rPr>
              <w:t>字段</w:t>
            </w:r>
          </w:p>
        </w:tc>
        <w:tc>
          <w:tcPr>
            <w:tcW w:w="5840" w:type="dxa"/>
            <w:shd w:val="clear" w:color="auto" w:fill="8B1E1E"/>
            <w:tcMar>
              <w:top w:w="80" w:type="dxa"/>
              <w:left w:w="100" w:type="dxa"/>
              <w:bottom w:w="80" w:type="dxa"/>
              <w:right w:w="100" w:type="dxa"/>
            </w:tcMar>
            <w:vAlign w:val="center"/>
          </w:tcPr>
          <w:p w14:paraId="572B6BA4" w14:textId="77777777" w:rsidR="00AD4779" w:rsidRDefault="00000000">
            <w:pPr>
              <w:spacing w:after="0" w:line="240" w:lineRule="auto"/>
            </w:pPr>
            <w:r>
              <w:rPr>
                <w:rFonts w:cs="Arial"/>
                <w:b/>
                <w:color w:val="FFFFFF"/>
                <w:sz w:val="16"/>
              </w:rPr>
              <w:t xml:space="preserve">To be completed / </w:t>
            </w:r>
            <w:r>
              <w:rPr>
                <w:rFonts w:cs="Arial"/>
                <w:b/>
                <w:color w:val="FFFFFF"/>
                <w:sz w:val="16"/>
              </w:rPr>
              <w:t>填写内容</w:t>
            </w:r>
          </w:p>
        </w:tc>
      </w:tr>
      <w:tr w:rsidR="00AD4779" w14:paraId="3FA01771" w14:textId="77777777">
        <w:trPr>
          <w:jc w:val="center"/>
        </w:trPr>
        <w:tc>
          <w:tcPr>
            <w:tcW w:w="3628" w:type="dxa"/>
            <w:tcMar>
              <w:top w:w="80" w:type="dxa"/>
              <w:left w:w="100" w:type="dxa"/>
              <w:bottom w:w="80" w:type="dxa"/>
              <w:right w:w="100" w:type="dxa"/>
            </w:tcMar>
            <w:vAlign w:val="center"/>
          </w:tcPr>
          <w:p w14:paraId="5DD64A0E" w14:textId="77777777" w:rsidR="00AD4779" w:rsidRDefault="00000000">
            <w:pPr>
              <w:spacing w:after="0" w:line="240" w:lineRule="auto"/>
            </w:pPr>
            <w:r>
              <w:rPr>
                <w:rFonts w:cs="Arial"/>
                <w:sz w:val="15"/>
              </w:rPr>
              <w:t>Full name of authorized representative</w:t>
            </w:r>
            <w:r>
              <w:rPr>
                <w:rFonts w:cs="Arial"/>
                <w:sz w:val="15"/>
              </w:rPr>
              <w:br/>
            </w:r>
            <w:r>
              <w:rPr>
                <w:rFonts w:cs="Arial"/>
                <w:sz w:val="15"/>
              </w:rPr>
              <w:t>授权代表姓名</w:t>
            </w:r>
          </w:p>
        </w:tc>
        <w:tc>
          <w:tcPr>
            <w:tcW w:w="5840" w:type="dxa"/>
            <w:tcMar>
              <w:top w:w="80" w:type="dxa"/>
              <w:left w:w="100" w:type="dxa"/>
              <w:bottom w:w="80" w:type="dxa"/>
              <w:right w:w="100" w:type="dxa"/>
            </w:tcMar>
            <w:vAlign w:val="center"/>
          </w:tcPr>
          <w:p w14:paraId="00E3D647" w14:textId="77777777" w:rsidR="00AD4779" w:rsidRDefault="00000000">
            <w:pPr>
              <w:spacing w:after="0" w:line="240" w:lineRule="auto"/>
            </w:pPr>
            <w:r>
              <w:rPr>
                <w:rFonts w:cs="Arial"/>
                <w:color w:val="666666"/>
                <w:sz w:val="15"/>
              </w:rPr>
              <w:t>....................................................................................................</w:t>
            </w:r>
          </w:p>
        </w:tc>
      </w:tr>
      <w:tr w:rsidR="00AD4779" w14:paraId="4A27701E" w14:textId="77777777">
        <w:trPr>
          <w:jc w:val="center"/>
        </w:trPr>
        <w:tc>
          <w:tcPr>
            <w:tcW w:w="3628" w:type="dxa"/>
            <w:tcMar>
              <w:top w:w="80" w:type="dxa"/>
              <w:left w:w="100" w:type="dxa"/>
              <w:bottom w:w="80" w:type="dxa"/>
              <w:right w:w="100" w:type="dxa"/>
            </w:tcMar>
            <w:vAlign w:val="center"/>
          </w:tcPr>
          <w:p w14:paraId="7BB025FC" w14:textId="77777777" w:rsidR="00AD4779" w:rsidRDefault="00000000">
            <w:pPr>
              <w:spacing w:after="0" w:line="240" w:lineRule="auto"/>
            </w:pPr>
            <w:r>
              <w:rPr>
                <w:rFonts w:cs="Arial"/>
                <w:sz w:val="15"/>
              </w:rPr>
              <w:t>Position / function</w:t>
            </w:r>
            <w:r>
              <w:rPr>
                <w:rFonts w:cs="Arial"/>
                <w:sz w:val="15"/>
              </w:rPr>
              <w:br/>
            </w:r>
            <w:r>
              <w:rPr>
                <w:rFonts w:cs="Arial"/>
                <w:sz w:val="15"/>
              </w:rPr>
              <w:t>职务</w:t>
            </w:r>
            <w:r>
              <w:rPr>
                <w:rFonts w:cs="Arial"/>
                <w:sz w:val="15"/>
              </w:rPr>
              <w:t>/</w:t>
            </w:r>
            <w:r>
              <w:rPr>
                <w:rFonts w:cs="Arial"/>
                <w:sz w:val="15"/>
              </w:rPr>
              <w:t>职责</w:t>
            </w:r>
          </w:p>
        </w:tc>
        <w:tc>
          <w:tcPr>
            <w:tcW w:w="5840" w:type="dxa"/>
            <w:tcMar>
              <w:top w:w="80" w:type="dxa"/>
              <w:left w:w="100" w:type="dxa"/>
              <w:bottom w:w="80" w:type="dxa"/>
              <w:right w:w="100" w:type="dxa"/>
            </w:tcMar>
            <w:vAlign w:val="center"/>
          </w:tcPr>
          <w:p w14:paraId="2FAE3B58" w14:textId="77777777" w:rsidR="00AD4779" w:rsidRDefault="00000000">
            <w:pPr>
              <w:spacing w:after="0" w:line="240" w:lineRule="auto"/>
            </w:pPr>
            <w:r>
              <w:rPr>
                <w:rFonts w:cs="Arial"/>
                <w:color w:val="666666"/>
                <w:sz w:val="15"/>
              </w:rPr>
              <w:t>....................................................................................................</w:t>
            </w:r>
          </w:p>
        </w:tc>
      </w:tr>
      <w:tr w:rsidR="00AD4779" w14:paraId="675CF81F" w14:textId="77777777">
        <w:trPr>
          <w:jc w:val="center"/>
        </w:trPr>
        <w:tc>
          <w:tcPr>
            <w:tcW w:w="3628" w:type="dxa"/>
            <w:tcMar>
              <w:top w:w="80" w:type="dxa"/>
              <w:left w:w="100" w:type="dxa"/>
              <w:bottom w:w="80" w:type="dxa"/>
              <w:right w:w="100" w:type="dxa"/>
            </w:tcMar>
            <w:vAlign w:val="center"/>
          </w:tcPr>
          <w:p w14:paraId="6604FDDF" w14:textId="77777777" w:rsidR="00AD4779" w:rsidRDefault="00000000">
            <w:pPr>
              <w:spacing w:after="0" w:line="240" w:lineRule="auto"/>
            </w:pPr>
            <w:r>
              <w:rPr>
                <w:rFonts w:cs="Arial"/>
                <w:sz w:val="15"/>
              </w:rPr>
              <w:t>Basis of representation</w:t>
            </w:r>
            <w:r>
              <w:rPr>
                <w:rFonts w:cs="Arial"/>
                <w:sz w:val="15"/>
              </w:rPr>
              <w:br/>
            </w:r>
            <w:r>
              <w:rPr>
                <w:rFonts w:cs="Arial"/>
                <w:sz w:val="15"/>
              </w:rPr>
              <w:t>代表权限依据</w:t>
            </w:r>
          </w:p>
        </w:tc>
        <w:tc>
          <w:tcPr>
            <w:tcW w:w="5840" w:type="dxa"/>
            <w:tcMar>
              <w:top w:w="80" w:type="dxa"/>
              <w:left w:w="100" w:type="dxa"/>
              <w:bottom w:w="80" w:type="dxa"/>
              <w:right w:w="100" w:type="dxa"/>
            </w:tcMar>
            <w:vAlign w:val="center"/>
          </w:tcPr>
          <w:p w14:paraId="688C3F15" w14:textId="77777777" w:rsidR="00AD4779" w:rsidRDefault="00000000">
            <w:pPr>
              <w:spacing w:after="0" w:line="240" w:lineRule="auto"/>
            </w:pPr>
            <w:r>
              <w:rPr>
                <w:rFonts w:cs="Arial"/>
                <w:color w:val="666666"/>
                <w:sz w:val="15"/>
              </w:rPr>
              <w:t>....................................................................................................</w:t>
            </w:r>
          </w:p>
        </w:tc>
      </w:tr>
      <w:tr w:rsidR="00AD4779" w14:paraId="6DF9F2B1" w14:textId="77777777">
        <w:trPr>
          <w:jc w:val="center"/>
        </w:trPr>
        <w:tc>
          <w:tcPr>
            <w:tcW w:w="3628" w:type="dxa"/>
            <w:tcMar>
              <w:top w:w="80" w:type="dxa"/>
              <w:left w:w="100" w:type="dxa"/>
              <w:bottom w:w="80" w:type="dxa"/>
              <w:right w:w="100" w:type="dxa"/>
            </w:tcMar>
            <w:vAlign w:val="center"/>
          </w:tcPr>
          <w:p w14:paraId="74A7A1E3" w14:textId="77777777" w:rsidR="00AD4779" w:rsidRDefault="00000000">
            <w:pPr>
              <w:spacing w:after="0" w:line="240" w:lineRule="auto"/>
            </w:pPr>
            <w:r>
              <w:rPr>
                <w:rFonts w:cs="Arial"/>
                <w:sz w:val="15"/>
              </w:rPr>
              <w:t>E-mail address</w:t>
            </w:r>
            <w:r>
              <w:rPr>
                <w:rFonts w:cs="Arial"/>
                <w:sz w:val="15"/>
              </w:rPr>
              <w:br/>
            </w:r>
            <w:r>
              <w:rPr>
                <w:rFonts w:cs="Arial"/>
                <w:sz w:val="15"/>
              </w:rPr>
              <w:t>电子邮箱</w:t>
            </w:r>
          </w:p>
        </w:tc>
        <w:tc>
          <w:tcPr>
            <w:tcW w:w="5840" w:type="dxa"/>
            <w:tcMar>
              <w:top w:w="80" w:type="dxa"/>
              <w:left w:w="100" w:type="dxa"/>
              <w:bottom w:w="80" w:type="dxa"/>
              <w:right w:w="100" w:type="dxa"/>
            </w:tcMar>
            <w:vAlign w:val="center"/>
          </w:tcPr>
          <w:p w14:paraId="5DFA7F7E" w14:textId="77777777" w:rsidR="00AD4779" w:rsidRDefault="00000000">
            <w:pPr>
              <w:spacing w:after="0" w:line="240" w:lineRule="auto"/>
            </w:pPr>
            <w:r>
              <w:rPr>
                <w:rFonts w:cs="Arial"/>
                <w:color w:val="666666"/>
                <w:sz w:val="15"/>
              </w:rPr>
              <w:t>....................................................................................................</w:t>
            </w:r>
          </w:p>
        </w:tc>
      </w:tr>
      <w:tr w:rsidR="00AD4779" w14:paraId="7D49F2BF" w14:textId="77777777">
        <w:trPr>
          <w:jc w:val="center"/>
        </w:trPr>
        <w:tc>
          <w:tcPr>
            <w:tcW w:w="3628" w:type="dxa"/>
            <w:tcMar>
              <w:top w:w="80" w:type="dxa"/>
              <w:left w:w="100" w:type="dxa"/>
              <w:bottom w:w="80" w:type="dxa"/>
              <w:right w:w="100" w:type="dxa"/>
            </w:tcMar>
            <w:vAlign w:val="center"/>
          </w:tcPr>
          <w:p w14:paraId="28E05C0D" w14:textId="77777777" w:rsidR="00AD4779" w:rsidRDefault="00000000">
            <w:pPr>
              <w:spacing w:after="0" w:line="240" w:lineRule="auto"/>
            </w:pPr>
            <w:r>
              <w:rPr>
                <w:rFonts w:cs="Arial"/>
                <w:sz w:val="15"/>
              </w:rPr>
              <w:t>Phone number</w:t>
            </w:r>
            <w:r>
              <w:rPr>
                <w:rFonts w:cs="Arial"/>
                <w:sz w:val="15"/>
              </w:rPr>
              <w:br/>
            </w:r>
            <w:r>
              <w:rPr>
                <w:rFonts w:cs="Arial"/>
                <w:sz w:val="15"/>
              </w:rPr>
              <w:t>电话号码</w:t>
            </w:r>
          </w:p>
        </w:tc>
        <w:tc>
          <w:tcPr>
            <w:tcW w:w="5840" w:type="dxa"/>
            <w:tcMar>
              <w:top w:w="80" w:type="dxa"/>
              <w:left w:w="100" w:type="dxa"/>
              <w:bottom w:w="80" w:type="dxa"/>
              <w:right w:w="100" w:type="dxa"/>
            </w:tcMar>
            <w:vAlign w:val="center"/>
          </w:tcPr>
          <w:p w14:paraId="423819FE" w14:textId="77777777" w:rsidR="00AD4779" w:rsidRDefault="00000000">
            <w:pPr>
              <w:spacing w:after="0" w:line="240" w:lineRule="auto"/>
            </w:pPr>
            <w:r>
              <w:rPr>
                <w:rFonts w:cs="Arial"/>
                <w:color w:val="666666"/>
                <w:sz w:val="15"/>
              </w:rPr>
              <w:t>....................................................................................................</w:t>
            </w:r>
          </w:p>
        </w:tc>
      </w:tr>
      <w:tr w:rsidR="00AD4779" w14:paraId="18A80D95" w14:textId="77777777">
        <w:trPr>
          <w:jc w:val="center"/>
        </w:trPr>
        <w:tc>
          <w:tcPr>
            <w:tcW w:w="3628" w:type="dxa"/>
            <w:tcMar>
              <w:top w:w="80" w:type="dxa"/>
              <w:left w:w="100" w:type="dxa"/>
              <w:bottom w:w="80" w:type="dxa"/>
              <w:right w:w="100" w:type="dxa"/>
            </w:tcMar>
            <w:vAlign w:val="center"/>
          </w:tcPr>
          <w:p w14:paraId="18F2828C" w14:textId="77777777" w:rsidR="00AD4779" w:rsidRDefault="00000000">
            <w:pPr>
              <w:spacing w:after="0" w:line="240" w:lineRule="auto"/>
            </w:pPr>
            <w:r>
              <w:rPr>
                <w:rFonts w:cs="Arial"/>
                <w:sz w:val="15"/>
              </w:rPr>
              <w:t>Contact person for Chamber matters, if different</w:t>
            </w:r>
            <w:r>
              <w:rPr>
                <w:rFonts w:cs="Arial"/>
                <w:sz w:val="15"/>
              </w:rPr>
              <w:br/>
            </w:r>
            <w:r>
              <w:rPr>
                <w:rFonts w:cs="Arial"/>
                <w:sz w:val="15"/>
              </w:rPr>
              <w:t>商会事务联系人（如不同）</w:t>
            </w:r>
          </w:p>
        </w:tc>
        <w:tc>
          <w:tcPr>
            <w:tcW w:w="5840" w:type="dxa"/>
            <w:tcMar>
              <w:top w:w="80" w:type="dxa"/>
              <w:left w:w="100" w:type="dxa"/>
              <w:bottom w:w="80" w:type="dxa"/>
              <w:right w:w="100" w:type="dxa"/>
            </w:tcMar>
            <w:vAlign w:val="center"/>
          </w:tcPr>
          <w:p w14:paraId="2A8703C3" w14:textId="77777777" w:rsidR="00AD4779" w:rsidRDefault="00000000">
            <w:pPr>
              <w:spacing w:after="0" w:line="240" w:lineRule="auto"/>
            </w:pPr>
            <w:r>
              <w:rPr>
                <w:rFonts w:cs="Arial"/>
                <w:color w:val="666666"/>
                <w:sz w:val="15"/>
              </w:rPr>
              <w:t>....................................................................................................</w:t>
            </w:r>
          </w:p>
        </w:tc>
      </w:tr>
      <w:tr w:rsidR="00AD4779" w14:paraId="5FA67FF6" w14:textId="77777777">
        <w:trPr>
          <w:jc w:val="center"/>
        </w:trPr>
        <w:tc>
          <w:tcPr>
            <w:tcW w:w="3628" w:type="dxa"/>
            <w:tcMar>
              <w:top w:w="80" w:type="dxa"/>
              <w:left w:w="100" w:type="dxa"/>
              <w:bottom w:w="80" w:type="dxa"/>
              <w:right w:w="100" w:type="dxa"/>
            </w:tcMar>
            <w:vAlign w:val="center"/>
          </w:tcPr>
          <w:p w14:paraId="021DDA62" w14:textId="77777777" w:rsidR="00AD4779" w:rsidRDefault="00000000">
            <w:pPr>
              <w:spacing w:after="0" w:line="240" w:lineRule="auto"/>
            </w:pPr>
            <w:r>
              <w:rPr>
                <w:rFonts w:cs="Arial"/>
                <w:sz w:val="15"/>
              </w:rPr>
              <w:t>Contact person e-mail</w:t>
            </w:r>
            <w:r>
              <w:rPr>
                <w:rFonts w:cs="Arial"/>
                <w:sz w:val="15"/>
              </w:rPr>
              <w:br/>
            </w:r>
            <w:r>
              <w:rPr>
                <w:rFonts w:cs="Arial"/>
                <w:sz w:val="15"/>
              </w:rPr>
              <w:t>联系人电子邮箱</w:t>
            </w:r>
          </w:p>
        </w:tc>
        <w:tc>
          <w:tcPr>
            <w:tcW w:w="5840" w:type="dxa"/>
            <w:tcMar>
              <w:top w:w="80" w:type="dxa"/>
              <w:left w:w="100" w:type="dxa"/>
              <w:bottom w:w="80" w:type="dxa"/>
              <w:right w:w="100" w:type="dxa"/>
            </w:tcMar>
            <w:vAlign w:val="center"/>
          </w:tcPr>
          <w:p w14:paraId="4E4F9F7E" w14:textId="77777777" w:rsidR="00AD4779" w:rsidRDefault="00000000">
            <w:pPr>
              <w:spacing w:after="0" w:line="240" w:lineRule="auto"/>
            </w:pPr>
            <w:r>
              <w:rPr>
                <w:rFonts w:cs="Arial"/>
                <w:color w:val="666666"/>
                <w:sz w:val="15"/>
              </w:rPr>
              <w:t>....................................................................................................</w:t>
            </w:r>
          </w:p>
        </w:tc>
      </w:tr>
      <w:tr w:rsidR="00AD4779" w14:paraId="788DFCBF" w14:textId="77777777">
        <w:trPr>
          <w:jc w:val="center"/>
        </w:trPr>
        <w:tc>
          <w:tcPr>
            <w:tcW w:w="3628" w:type="dxa"/>
            <w:tcMar>
              <w:top w:w="80" w:type="dxa"/>
              <w:left w:w="100" w:type="dxa"/>
              <w:bottom w:w="80" w:type="dxa"/>
              <w:right w:w="100" w:type="dxa"/>
            </w:tcMar>
            <w:vAlign w:val="center"/>
          </w:tcPr>
          <w:p w14:paraId="1187F363" w14:textId="77777777" w:rsidR="00AD4779" w:rsidRDefault="00000000">
            <w:pPr>
              <w:spacing w:after="0" w:line="240" w:lineRule="auto"/>
            </w:pPr>
            <w:r>
              <w:rPr>
                <w:rFonts w:cs="Arial"/>
                <w:sz w:val="15"/>
              </w:rPr>
              <w:t>Contact person phone</w:t>
            </w:r>
            <w:r>
              <w:rPr>
                <w:rFonts w:cs="Arial"/>
                <w:sz w:val="15"/>
              </w:rPr>
              <w:br/>
            </w:r>
            <w:r>
              <w:rPr>
                <w:rFonts w:cs="Arial"/>
                <w:sz w:val="15"/>
              </w:rPr>
              <w:t>联系人电话</w:t>
            </w:r>
          </w:p>
        </w:tc>
        <w:tc>
          <w:tcPr>
            <w:tcW w:w="5840" w:type="dxa"/>
            <w:tcMar>
              <w:top w:w="80" w:type="dxa"/>
              <w:left w:w="100" w:type="dxa"/>
              <w:bottom w:w="80" w:type="dxa"/>
              <w:right w:w="100" w:type="dxa"/>
            </w:tcMar>
            <w:vAlign w:val="center"/>
          </w:tcPr>
          <w:p w14:paraId="2790C979" w14:textId="77777777" w:rsidR="00AD4779" w:rsidRDefault="00000000">
            <w:pPr>
              <w:spacing w:after="0" w:line="240" w:lineRule="auto"/>
            </w:pPr>
            <w:r>
              <w:rPr>
                <w:rFonts w:cs="Arial"/>
                <w:color w:val="666666"/>
                <w:sz w:val="15"/>
              </w:rPr>
              <w:t>....................................................................................................</w:t>
            </w:r>
          </w:p>
        </w:tc>
      </w:tr>
    </w:tbl>
    <w:p w14:paraId="7A262AC3" w14:textId="77777777" w:rsidR="00AD4779" w:rsidRDefault="00000000">
      <w:pPr>
        <w:keepNext/>
        <w:spacing w:before="160" w:after="80"/>
      </w:pPr>
      <w:r>
        <w:rPr>
          <w:rFonts w:cs="Arial"/>
          <w:b/>
          <w:color w:val="8B1E1E"/>
          <w:sz w:val="21"/>
        </w:rPr>
        <w:t>3. Applicant category</w:t>
      </w:r>
      <w:r>
        <w:rPr>
          <w:rFonts w:cs="Arial"/>
          <w:b/>
          <w:color w:val="8B1E1E"/>
          <w:sz w:val="21"/>
        </w:rPr>
        <w:br/>
        <w:t xml:space="preserve">3. </w:t>
      </w:r>
      <w:r>
        <w:rPr>
          <w:rFonts w:cs="Arial"/>
          <w:b/>
          <w:color w:val="8B1E1E"/>
          <w:sz w:val="21"/>
        </w:rPr>
        <w:t>申请人类别</w:t>
      </w:r>
    </w:p>
    <w:tbl>
      <w:tblPr>
        <w:tblW w:w="0" w:type="auto"/>
        <w:jc w:val="center"/>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Look w:val="04A0" w:firstRow="1" w:lastRow="0" w:firstColumn="1" w:lastColumn="0" w:noHBand="0" w:noVBand="1"/>
      </w:tblPr>
      <w:tblGrid>
        <w:gridCol w:w="4734"/>
        <w:gridCol w:w="4734"/>
      </w:tblGrid>
      <w:tr w:rsidR="00AD4779" w14:paraId="682A7B30" w14:textId="77777777">
        <w:trPr>
          <w:jc w:val="center"/>
        </w:trPr>
        <w:tc>
          <w:tcPr>
            <w:tcW w:w="4734" w:type="dxa"/>
            <w:tcMar>
              <w:top w:w="80" w:type="dxa"/>
              <w:left w:w="100" w:type="dxa"/>
              <w:bottom w:w="80" w:type="dxa"/>
              <w:right w:w="100" w:type="dxa"/>
            </w:tcMar>
            <w:vAlign w:val="center"/>
          </w:tcPr>
          <w:p w14:paraId="254372F4" w14:textId="77777777" w:rsidR="00AD4779" w:rsidRDefault="00000000">
            <w:pPr>
              <w:spacing w:after="0" w:line="240" w:lineRule="auto"/>
            </w:pPr>
            <w:r>
              <w:rPr>
                <w:rFonts w:cs="Arial"/>
                <w:sz w:val="15"/>
              </w:rPr>
              <w:t>☐ micro enterprise</w:t>
            </w:r>
            <w:r>
              <w:rPr>
                <w:rFonts w:cs="Arial"/>
                <w:sz w:val="15"/>
              </w:rPr>
              <w:br/>
              <w:t xml:space="preserve">☐ </w:t>
            </w:r>
            <w:r>
              <w:rPr>
                <w:rFonts w:cs="Arial"/>
                <w:sz w:val="15"/>
              </w:rPr>
              <w:t>微型企业</w:t>
            </w:r>
          </w:p>
        </w:tc>
        <w:tc>
          <w:tcPr>
            <w:tcW w:w="4734" w:type="dxa"/>
            <w:tcMar>
              <w:top w:w="80" w:type="dxa"/>
              <w:left w:w="100" w:type="dxa"/>
              <w:bottom w:w="80" w:type="dxa"/>
              <w:right w:w="100" w:type="dxa"/>
            </w:tcMar>
            <w:vAlign w:val="center"/>
          </w:tcPr>
          <w:p w14:paraId="279DB4B6" w14:textId="77777777" w:rsidR="00AD4779" w:rsidRDefault="00000000">
            <w:pPr>
              <w:spacing w:after="0" w:line="240" w:lineRule="auto"/>
            </w:pPr>
            <w:r>
              <w:rPr>
                <w:rFonts w:cs="Arial"/>
                <w:sz w:val="15"/>
              </w:rPr>
              <w:t>☐ small enterprise</w:t>
            </w:r>
            <w:r>
              <w:rPr>
                <w:rFonts w:cs="Arial"/>
                <w:sz w:val="15"/>
              </w:rPr>
              <w:br/>
              <w:t xml:space="preserve">☐ </w:t>
            </w:r>
            <w:r>
              <w:rPr>
                <w:rFonts w:cs="Arial"/>
                <w:sz w:val="15"/>
              </w:rPr>
              <w:t>小型企业</w:t>
            </w:r>
          </w:p>
        </w:tc>
      </w:tr>
      <w:tr w:rsidR="00AD4779" w14:paraId="53278FA9" w14:textId="77777777">
        <w:trPr>
          <w:jc w:val="center"/>
        </w:trPr>
        <w:tc>
          <w:tcPr>
            <w:tcW w:w="4734" w:type="dxa"/>
            <w:tcMar>
              <w:top w:w="80" w:type="dxa"/>
              <w:left w:w="100" w:type="dxa"/>
              <w:bottom w:w="80" w:type="dxa"/>
              <w:right w:w="100" w:type="dxa"/>
            </w:tcMar>
            <w:vAlign w:val="center"/>
          </w:tcPr>
          <w:p w14:paraId="40C4CECF" w14:textId="77777777" w:rsidR="00AD4779" w:rsidRDefault="00000000">
            <w:pPr>
              <w:spacing w:after="0" w:line="240" w:lineRule="auto"/>
            </w:pPr>
            <w:r>
              <w:rPr>
                <w:rFonts w:cs="Arial"/>
                <w:sz w:val="15"/>
              </w:rPr>
              <w:t>☐ medium-sized enterprise</w:t>
            </w:r>
            <w:r>
              <w:rPr>
                <w:rFonts w:cs="Arial"/>
                <w:sz w:val="15"/>
              </w:rPr>
              <w:br/>
              <w:t xml:space="preserve">☐ </w:t>
            </w:r>
            <w:r>
              <w:rPr>
                <w:rFonts w:cs="Arial"/>
                <w:sz w:val="15"/>
              </w:rPr>
              <w:t>中型企业</w:t>
            </w:r>
          </w:p>
        </w:tc>
        <w:tc>
          <w:tcPr>
            <w:tcW w:w="4734" w:type="dxa"/>
            <w:tcMar>
              <w:top w:w="80" w:type="dxa"/>
              <w:left w:w="100" w:type="dxa"/>
              <w:bottom w:w="80" w:type="dxa"/>
              <w:right w:w="100" w:type="dxa"/>
            </w:tcMar>
            <w:vAlign w:val="center"/>
          </w:tcPr>
          <w:p w14:paraId="593EA407" w14:textId="77777777" w:rsidR="00AD4779" w:rsidRDefault="00000000">
            <w:pPr>
              <w:spacing w:after="0" w:line="240" w:lineRule="auto"/>
            </w:pPr>
            <w:r>
              <w:rPr>
                <w:rFonts w:cs="Arial"/>
                <w:sz w:val="15"/>
              </w:rPr>
              <w:t>☐ large enterprise</w:t>
            </w:r>
            <w:r>
              <w:rPr>
                <w:rFonts w:cs="Arial"/>
                <w:sz w:val="15"/>
              </w:rPr>
              <w:br/>
              <w:t xml:space="preserve">☐ </w:t>
            </w:r>
            <w:r>
              <w:rPr>
                <w:rFonts w:cs="Arial"/>
                <w:sz w:val="15"/>
              </w:rPr>
              <w:t>大型企业</w:t>
            </w:r>
          </w:p>
        </w:tc>
      </w:tr>
      <w:tr w:rsidR="00AD4779" w14:paraId="6CFE2919" w14:textId="77777777">
        <w:trPr>
          <w:jc w:val="center"/>
        </w:trPr>
        <w:tc>
          <w:tcPr>
            <w:tcW w:w="4734" w:type="dxa"/>
            <w:tcMar>
              <w:top w:w="80" w:type="dxa"/>
              <w:left w:w="100" w:type="dxa"/>
              <w:bottom w:w="80" w:type="dxa"/>
              <w:right w:w="100" w:type="dxa"/>
            </w:tcMar>
            <w:vAlign w:val="center"/>
          </w:tcPr>
          <w:p w14:paraId="2FBF2E8C" w14:textId="77777777" w:rsidR="00AD4779" w:rsidRDefault="00000000">
            <w:pPr>
              <w:spacing w:after="0" w:line="240" w:lineRule="auto"/>
            </w:pPr>
            <w:r>
              <w:rPr>
                <w:rFonts w:cs="Arial"/>
                <w:sz w:val="15"/>
              </w:rPr>
              <w:t>☐ university or higher education institution</w:t>
            </w:r>
            <w:r>
              <w:rPr>
                <w:rFonts w:cs="Arial"/>
                <w:sz w:val="15"/>
              </w:rPr>
              <w:br/>
              <w:t xml:space="preserve">☐ </w:t>
            </w:r>
            <w:r>
              <w:rPr>
                <w:rFonts w:cs="Arial"/>
                <w:sz w:val="15"/>
              </w:rPr>
              <w:t>大学或高等教育机构</w:t>
            </w:r>
          </w:p>
        </w:tc>
        <w:tc>
          <w:tcPr>
            <w:tcW w:w="4734" w:type="dxa"/>
            <w:tcMar>
              <w:top w:w="80" w:type="dxa"/>
              <w:left w:w="100" w:type="dxa"/>
              <w:bottom w:w="80" w:type="dxa"/>
              <w:right w:w="100" w:type="dxa"/>
            </w:tcMar>
            <w:vAlign w:val="center"/>
          </w:tcPr>
          <w:p w14:paraId="546976C4" w14:textId="77777777" w:rsidR="00AD4779" w:rsidRDefault="00000000">
            <w:pPr>
              <w:spacing w:after="0" w:line="240" w:lineRule="auto"/>
            </w:pPr>
            <w:r>
              <w:rPr>
                <w:rFonts w:cs="Arial"/>
                <w:sz w:val="15"/>
              </w:rPr>
              <w:t>☐ research institute / R&amp;D organization</w:t>
            </w:r>
            <w:r>
              <w:rPr>
                <w:rFonts w:cs="Arial"/>
                <w:sz w:val="15"/>
              </w:rPr>
              <w:br/>
              <w:t xml:space="preserve">☐ </w:t>
            </w:r>
            <w:r>
              <w:rPr>
                <w:rFonts w:cs="Arial"/>
                <w:sz w:val="15"/>
              </w:rPr>
              <w:t>研究机构</w:t>
            </w:r>
            <w:r>
              <w:rPr>
                <w:rFonts w:cs="Arial"/>
                <w:sz w:val="15"/>
              </w:rPr>
              <w:t>/</w:t>
            </w:r>
            <w:r>
              <w:rPr>
                <w:rFonts w:cs="Arial"/>
                <w:sz w:val="15"/>
              </w:rPr>
              <w:t>研发机构</w:t>
            </w:r>
          </w:p>
        </w:tc>
      </w:tr>
      <w:tr w:rsidR="00AD4779" w14:paraId="160FA7A1" w14:textId="77777777">
        <w:trPr>
          <w:jc w:val="center"/>
        </w:trPr>
        <w:tc>
          <w:tcPr>
            <w:tcW w:w="4734" w:type="dxa"/>
            <w:tcMar>
              <w:top w:w="80" w:type="dxa"/>
              <w:left w:w="100" w:type="dxa"/>
              <w:bottom w:w="80" w:type="dxa"/>
              <w:right w:w="100" w:type="dxa"/>
            </w:tcMar>
            <w:vAlign w:val="center"/>
          </w:tcPr>
          <w:p w14:paraId="6D7B937F" w14:textId="77777777" w:rsidR="00AD4779" w:rsidRDefault="00000000">
            <w:pPr>
              <w:spacing w:after="0" w:line="240" w:lineRule="auto"/>
            </w:pPr>
            <w:r>
              <w:rPr>
                <w:rFonts w:cs="Arial"/>
                <w:sz w:val="15"/>
              </w:rPr>
              <w:t>☐ public sector entity</w:t>
            </w:r>
            <w:r>
              <w:rPr>
                <w:rFonts w:cs="Arial"/>
                <w:sz w:val="15"/>
              </w:rPr>
              <w:br/>
              <w:t xml:space="preserve">☐ </w:t>
            </w:r>
            <w:r>
              <w:rPr>
                <w:rFonts w:cs="Arial"/>
                <w:sz w:val="15"/>
              </w:rPr>
              <w:t>公共部门机构</w:t>
            </w:r>
          </w:p>
        </w:tc>
        <w:tc>
          <w:tcPr>
            <w:tcW w:w="4734" w:type="dxa"/>
            <w:tcMar>
              <w:top w:w="80" w:type="dxa"/>
              <w:left w:w="100" w:type="dxa"/>
              <w:bottom w:w="80" w:type="dxa"/>
              <w:right w:w="100" w:type="dxa"/>
            </w:tcMar>
            <w:vAlign w:val="center"/>
          </w:tcPr>
          <w:p w14:paraId="38D6733C" w14:textId="77777777" w:rsidR="00AD4779" w:rsidRDefault="00000000">
            <w:pPr>
              <w:spacing w:after="0" w:line="240" w:lineRule="auto"/>
            </w:pPr>
            <w:r>
              <w:rPr>
                <w:rFonts w:cs="Arial"/>
                <w:sz w:val="15"/>
              </w:rPr>
              <w:t>☐ non-governmental or business-support organization</w:t>
            </w:r>
            <w:r>
              <w:rPr>
                <w:rFonts w:cs="Arial"/>
                <w:sz w:val="15"/>
              </w:rPr>
              <w:br/>
              <w:t xml:space="preserve">☐ </w:t>
            </w:r>
            <w:r>
              <w:rPr>
                <w:rFonts w:cs="Arial"/>
                <w:sz w:val="15"/>
              </w:rPr>
              <w:t>非政府组织或商业支持机构</w:t>
            </w:r>
          </w:p>
        </w:tc>
      </w:tr>
      <w:tr w:rsidR="00AD4779" w14:paraId="68894530" w14:textId="77777777">
        <w:trPr>
          <w:jc w:val="center"/>
        </w:trPr>
        <w:tc>
          <w:tcPr>
            <w:tcW w:w="4734" w:type="dxa"/>
            <w:tcMar>
              <w:top w:w="80" w:type="dxa"/>
              <w:left w:w="100" w:type="dxa"/>
              <w:bottom w:w="80" w:type="dxa"/>
              <w:right w:w="100" w:type="dxa"/>
            </w:tcMar>
            <w:vAlign w:val="center"/>
          </w:tcPr>
          <w:p w14:paraId="719E955D" w14:textId="77777777" w:rsidR="00AD4779" w:rsidRDefault="00000000">
            <w:pPr>
              <w:spacing w:after="0" w:line="240" w:lineRule="auto"/>
            </w:pPr>
            <w:r>
              <w:rPr>
                <w:rFonts w:cs="Arial"/>
                <w:sz w:val="15"/>
              </w:rPr>
              <w:t>☐ supporting organization</w:t>
            </w:r>
            <w:r>
              <w:rPr>
                <w:rFonts w:cs="Arial"/>
                <w:sz w:val="15"/>
              </w:rPr>
              <w:br/>
              <w:t xml:space="preserve">☐ </w:t>
            </w:r>
            <w:r>
              <w:rPr>
                <w:rFonts w:cs="Arial"/>
                <w:sz w:val="15"/>
              </w:rPr>
              <w:t>支持性组织</w:t>
            </w:r>
          </w:p>
        </w:tc>
        <w:tc>
          <w:tcPr>
            <w:tcW w:w="4734" w:type="dxa"/>
            <w:tcMar>
              <w:top w:w="80" w:type="dxa"/>
              <w:left w:w="100" w:type="dxa"/>
              <w:bottom w:w="80" w:type="dxa"/>
              <w:right w:w="100" w:type="dxa"/>
            </w:tcMar>
            <w:vAlign w:val="center"/>
          </w:tcPr>
          <w:p w14:paraId="6BD514BB" w14:textId="77777777" w:rsidR="00AD4779" w:rsidRDefault="00000000">
            <w:pPr>
              <w:spacing w:after="0" w:line="240" w:lineRule="auto"/>
            </w:pPr>
            <w:r>
              <w:rPr>
                <w:rFonts w:cs="Arial"/>
                <w:sz w:val="15"/>
              </w:rPr>
              <w:t>☐ other: ................................................</w:t>
            </w:r>
            <w:r>
              <w:rPr>
                <w:rFonts w:cs="Arial"/>
                <w:sz w:val="15"/>
              </w:rPr>
              <w:br/>
              <w:t xml:space="preserve">☐ </w:t>
            </w:r>
            <w:r>
              <w:rPr>
                <w:rFonts w:cs="Arial"/>
                <w:sz w:val="15"/>
              </w:rPr>
              <w:t>其他：</w:t>
            </w:r>
            <w:r>
              <w:rPr>
                <w:rFonts w:cs="Arial"/>
                <w:sz w:val="15"/>
              </w:rPr>
              <w:t>................................................</w:t>
            </w:r>
          </w:p>
        </w:tc>
      </w:tr>
    </w:tbl>
    <w:p w14:paraId="75303AFF" w14:textId="77777777" w:rsidR="00AD4779" w:rsidRDefault="00000000">
      <w:pPr>
        <w:keepNext/>
        <w:spacing w:before="160" w:after="80"/>
      </w:pPr>
      <w:r>
        <w:rPr>
          <w:rFonts w:cs="Arial"/>
          <w:b/>
          <w:color w:val="8B1E1E"/>
          <w:sz w:val="21"/>
        </w:rPr>
        <w:t>4. Business profile</w:t>
      </w:r>
      <w:r>
        <w:rPr>
          <w:rFonts w:cs="Arial"/>
          <w:b/>
          <w:color w:val="8B1E1E"/>
          <w:sz w:val="21"/>
        </w:rPr>
        <w:br/>
        <w:t xml:space="preserve">4. </w:t>
      </w:r>
      <w:r>
        <w:rPr>
          <w:rFonts w:cs="Arial"/>
          <w:b/>
          <w:color w:val="8B1E1E"/>
          <w:sz w:val="21"/>
        </w:rPr>
        <w:t>业务概况</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3628"/>
        <w:gridCol w:w="5840"/>
      </w:tblGrid>
      <w:tr w:rsidR="00AD4779" w14:paraId="20F2B420" w14:textId="77777777">
        <w:trPr>
          <w:jc w:val="center"/>
        </w:trPr>
        <w:tc>
          <w:tcPr>
            <w:tcW w:w="3628" w:type="dxa"/>
            <w:shd w:val="clear" w:color="auto" w:fill="8B1E1E"/>
            <w:tcMar>
              <w:top w:w="80" w:type="dxa"/>
              <w:left w:w="100" w:type="dxa"/>
              <w:bottom w:w="80" w:type="dxa"/>
              <w:right w:w="100" w:type="dxa"/>
            </w:tcMar>
            <w:vAlign w:val="center"/>
          </w:tcPr>
          <w:p w14:paraId="56542C71" w14:textId="77777777" w:rsidR="00AD4779" w:rsidRDefault="00000000">
            <w:pPr>
              <w:spacing w:after="0" w:line="240" w:lineRule="auto"/>
            </w:pPr>
            <w:r>
              <w:rPr>
                <w:rFonts w:cs="Arial"/>
                <w:b/>
                <w:color w:val="FFFFFF"/>
                <w:sz w:val="16"/>
              </w:rPr>
              <w:t xml:space="preserve">Field / </w:t>
            </w:r>
            <w:r>
              <w:rPr>
                <w:rFonts w:cs="Arial"/>
                <w:b/>
                <w:color w:val="FFFFFF"/>
                <w:sz w:val="16"/>
              </w:rPr>
              <w:t>字段</w:t>
            </w:r>
          </w:p>
        </w:tc>
        <w:tc>
          <w:tcPr>
            <w:tcW w:w="5840" w:type="dxa"/>
            <w:shd w:val="clear" w:color="auto" w:fill="8B1E1E"/>
            <w:tcMar>
              <w:top w:w="80" w:type="dxa"/>
              <w:left w:w="100" w:type="dxa"/>
              <w:bottom w:w="80" w:type="dxa"/>
              <w:right w:w="100" w:type="dxa"/>
            </w:tcMar>
            <w:vAlign w:val="center"/>
          </w:tcPr>
          <w:p w14:paraId="7639C2CA" w14:textId="77777777" w:rsidR="00AD4779" w:rsidRDefault="00000000">
            <w:pPr>
              <w:spacing w:after="0" w:line="240" w:lineRule="auto"/>
            </w:pPr>
            <w:r>
              <w:rPr>
                <w:rFonts w:cs="Arial"/>
                <w:b/>
                <w:color w:val="FFFFFF"/>
                <w:sz w:val="16"/>
              </w:rPr>
              <w:t xml:space="preserve">To be completed / </w:t>
            </w:r>
            <w:r>
              <w:rPr>
                <w:rFonts w:cs="Arial"/>
                <w:b/>
                <w:color w:val="FFFFFF"/>
                <w:sz w:val="16"/>
              </w:rPr>
              <w:t>填写内容</w:t>
            </w:r>
          </w:p>
        </w:tc>
      </w:tr>
      <w:tr w:rsidR="00AD4779" w14:paraId="752B0E49" w14:textId="77777777">
        <w:trPr>
          <w:jc w:val="center"/>
        </w:trPr>
        <w:tc>
          <w:tcPr>
            <w:tcW w:w="3628" w:type="dxa"/>
            <w:tcMar>
              <w:top w:w="80" w:type="dxa"/>
              <w:left w:w="100" w:type="dxa"/>
              <w:bottom w:w="80" w:type="dxa"/>
              <w:right w:w="100" w:type="dxa"/>
            </w:tcMar>
            <w:vAlign w:val="center"/>
          </w:tcPr>
          <w:p w14:paraId="19F4E31A" w14:textId="77777777" w:rsidR="00AD4779" w:rsidRDefault="00000000">
            <w:pPr>
              <w:spacing w:after="0" w:line="240" w:lineRule="auto"/>
            </w:pPr>
            <w:r>
              <w:rPr>
                <w:rFonts w:cs="Arial"/>
                <w:sz w:val="15"/>
              </w:rPr>
              <w:t>Main sector / industry</w:t>
            </w:r>
            <w:r>
              <w:rPr>
                <w:rFonts w:cs="Arial"/>
                <w:sz w:val="15"/>
              </w:rPr>
              <w:br/>
            </w:r>
            <w:r>
              <w:rPr>
                <w:rFonts w:cs="Arial"/>
                <w:sz w:val="15"/>
              </w:rPr>
              <w:t>主要行业</w:t>
            </w:r>
            <w:r>
              <w:rPr>
                <w:rFonts w:cs="Arial"/>
                <w:sz w:val="15"/>
              </w:rPr>
              <w:t>/</w:t>
            </w:r>
            <w:r>
              <w:rPr>
                <w:rFonts w:cs="Arial"/>
                <w:sz w:val="15"/>
              </w:rPr>
              <w:t>领域</w:t>
            </w:r>
          </w:p>
        </w:tc>
        <w:tc>
          <w:tcPr>
            <w:tcW w:w="5840" w:type="dxa"/>
            <w:tcMar>
              <w:top w:w="80" w:type="dxa"/>
              <w:left w:w="100" w:type="dxa"/>
              <w:bottom w:w="80" w:type="dxa"/>
              <w:right w:w="100" w:type="dxa"/>
            </w:tcMar>
            <w:vAlign w:val="center"/>
          </w:tcPr>
          <w:p w14:paraId="62B92E1E" w14:textId="77777777" w:rsidR="00AD4779" w:rsidRDefault="00000000">
            <w:pPr>
              <w:spacing w:after="0" w:line="240" w:lineRule="auto"/>
            </w:pPr>
            <w:r>
              <w:rPr>
                <w:rFonts w:cs="Arial"/>
                <w:color w:val="666666"/>
                <w:sz w:val="15"/>
              </w:rPr>
              <w:t>....................................................................................................</w:t>
            </w:r>
          </w:p>
        </w:tc>
      </w:tr>
      <w:tr w:rsidR="00AD4779" w14:paraId="31854C13" w14:textId="77777777">
        <w:trPr>
          <w:jc w:val="center"/>
        </w:trPr>
        <w:tc>
          <w:tcPr>
            <w:tcW w:w="3628" w:type="dxa"/>
            <w:tcMar>
              <w:top w:w="80" w:type="dxa"/>
              <w:left w:w="100" w:type="dxa"/>
              <w:bottom w:w="80" w:type="dxa"/>
              <w:right w:w="100" w:type="dxa"/>
            </w:tcMar>
            <w:vAlign w:val="center"/>
          </w:tcPr>
          <w:p w14:paraId="0FCFFB1C" w14:textId="77777777" w:rsidR="00AD4779" w:rsidRDefault="00000000">
            <w:pPr>
              <w:spacing w:after="0" w:line="240" w:lineRule="auto"/>
            </w:pPr>
            <w:r>
              <w:rPr>
                <w:rFonts w:cs="Arial"/>
                <w:sz w:val="15"/>
              </w:rPr>
              <w:t>Core products or services</w:t>
            </w:r>
            <w:r>
              <w:rPr>
                <w:rFonts w:cs="Arial"/>
                <w:sz w:val="15"/>
              </w:rPr>
              <w:br/>
            </w:r>
            <w:r>
              <w:rPr>
                <w:rFonts w:cs="Arial"/>
                <w:sz w:val="15"/>
              </w:rPr>
              <w:t>核心产品或服务</w:t>
            </w:r>
          </w:p>
        </w:tc>
        <w:tc>
          <w:tcPr>
            <w:tcW w:w="5840" w:type="dxa"/>
            <w:tcMar>
              <w:top w:w="80" w:type="dxa"/>
              <w:left w:w="100" w:type="dxa"/>
              <w:bottom w:w="80" w:type="dxa"/>
              <w:right w:w="100" w:type="dxa"/>
            </w:tcMar>
            <w:vAlign w:val="center"/>
          </w:tcPr>
          <w:p w14:paraId="38E12CED" w14:textId="77777777" w:rsidR="00AD4779" w:rsidRDefault="00000000">
            <w:pPr>
              <w:spacing w:after="0" w:line="240" w:lineRule="auto"/>
            </w:pPr>
            <w:r>
              <w:rPr>
                <w:rFonts w:cs="Arial"/>
                <w:color w:val="666666"/>
                <w:sz w:val="15"/>
              </w:rPr>
              <w:t>....................................................................................................</w:t>
            </w:r>
          </w:p>
        </w:tc>
      </w:tr>
      <w:tr w:rsidR="00AD4779" w14:paraId="7AB587C6" w14:textId="77777777">
        <w:trPr>
          <w:jc w:val="center"/>
        </w:trPr>
        <w:tc>
          <w:tcPr>
            <w:tcW w:w="3628" w:type="dxa"/>
            <w:tcMar>
              <w:top w:w="80" w:type="dxa"/>
              <w:left w:w="100" w:type="dxa"/>
              <w:bottom w:w="80" w:type="dxa"/>
              <w:right w:w="100" w:type="dxa"/>
            </w:tcMar>
            <w:vAlign w:val="center"/>
          </w:tcPr>
          <w:p w14:paraId="61C455C8" w14:textId="77777777" w:rsidR="00AD4779" w:rsidRDefault="00000000">
            <w:pPr>
              <w:spacing w:after="0" w:line="240" w:lineRule="auto"/>
            </w:pPr>
            <w:r>
              <w:rPr>
                <w:rFonts w:cs="Arial"/>
                <w:sz w:val="15"/>
              </w:rPr>
              <w:t>Main markets</w:t>
            </w:r>
            <w:r>
              <w:rPr>
                <w:rFonts w:cs="Arial"/>
                <w:sz w:val="15"/>
              </w:rPr>
              <w:br/>
            </w:r>
            <w:r>
              <w:rPr>
                <w:rFonts w:cs="Arial"/>
                <w:sz w:val="15"/>
              </w:rPr>
              <w:t>主要市场</w:t>
            </w:r>
          </w:p>
        </w:tc>
        <w:tc>
          <w:tcPr>
            <w:tcW w:w="5840" w:type="dxa"/>
            <w:tcMar>
              <w:top w:w="80" w:type="dxa"/>
              <w:left w:w="100" w:type="dxa"/>
              <w:bottom w:w="80" w:type="dxa"/>
              <w:right w:w="100" w:type="dxa"/>
            </w:tcMar>
            <w:vAlign w:val="center"/>
          </w:tcPr>
          <w:p w14:paraId="441BD48A" w14:textId="77777777" w:rsidR="00AD4779" w:rsidRDefault="00000000">
            <w:pPr>
              <w:spacing w:after="0" w:line="240" w:lineRule="auto"/>
            </w:pPr>
            <w:r>
              <w:rPr>
                <w:rFonts w:cs="Arial"/>
                <w:color w:val="666666"/>
                <w:sz w:val="15"/>
              </w:rPr>
              <w:t>....................................................................................................</w:t>
            </w:r>
          </w:p>
        </w:tc>
      </w:tr>
      <w:tr w:rsidR="00AD4779" w14:paraId="62A2B3D9" w14:textId="77777777">
        <w:trPr>
          <w:jc w:val="center"/>
        </w:trPr>
        <w:tc>
          <w:tcPr>
            <w:tcW w:w="3628" w:type="dxa"/>
            <w:tcMar>
              <w:top w:w="80" w:type="dxa"/>
              <w:left w:w="100" w:type="dxa"/>
              <w:bottom w:w="80" w:type="dxa"/>
              <w:right w:w="100" w:type="dxa"/>
            </w:tcMar>
            <w:vAlign w:val="center"/>
          </w:tcPr>
          <w:p w14:paraId="2126A860" w14:textId="77777777" w:rsidR="00AD4779" w:rsidRDefault="00000000">
            <w:pPr>
              <w:spacing w:after="0" w:line="240" w:lineRule="auto"/>
            </w:pPr>
            <w:r>
              <w:rPr>
                <w:rFonts w:cs="Arial"/>
                <w:sz w:val="15"/>
              </w:rPr>
              <w:t>Existing business links with Poland</w:t>
            </w:r>
            <w:r>
              <w:rPr>
                <w:rFonts w:cs="Arial"/>
                <w:sz w:val="15"/>
              </w:rPr>
              <w:br/>
            </w:r>
            <w:r>
              <w:rPr>
                <w:rFonts w:cs="Arial"/>
                <w:sz w:val="15"/>
              </w:rPr>
              <w:t>与波兰现有商业联系</w:t>
            </w:r>
          </w:p>
        </w:tc>
        <w:tc>
          <w:tcPr>
            <w:tcW w:w="5840" w:type="dxa"/>
            <w:tcMar>
              <w:top w:w="80" w:type="dxa"/>
              <w:left w:w="100" w:type="dxa"/>
              <w:bottom w:w="80" w:type="dxa"/>
              <w:right w:w="100" w:type="dxa"/>
            </w:tcMar>
            <w:vAlign w:val="center"/>
          </w:tcPr>
          <w:p w14:paraId="63161EA6" w14:textId="77777777" w:rsidR="00AD4779" w:rsidRDefault="00000000">
            <w:pPr>
              <w:spacing w:after="0" w:line="240" w:lineRule="auto"/>
            </w:pPr>
            <w:r>
              <w:rPr>
                <w:rFonts w:cs="Arial"/>
                <w:color w:val="666666"/>
                <w:sz w:val="15"/>
              </w:rPr>
              <w:t>....................................................................................................</w:t>
            </w:r>
          </w:p>
        </w:tc>
      </w:tr>
      <w:tr w:rsidR="00AD4779" w14:paraId="6E5CA9A6" w14:textId="77777777">
        <w:trPr>
          <w:jc w:val="center"/>
        </w:trPr>
        <w:tc>
          <w:tcPr>
            <w:tcW w:w="3628" w:type="dxa"/>
            <w:tcMar>
              <w:top w:w="80" w:type="dxa"/>
              <w:left w:w="100" w:type="dxa"/>
              <w:bottom w:w="80" w:type="dxa"/>
              <w:right w:w="100" w:type="dxa"/>
            </w:tcMar>
            <w:vAlign w:val="center"/>
          </w:tcPr>
          <w:p w14:paraId="16DA7B1A" w14:textId="77777777" w:rsidR="00AD4779" w:rsidRDefault="00000000">
            <w:pPr>
              <w:spacing w:after="0" w:line="240" w:lineRule="auto"/>
            </w:pPr>
            <w:r>
              <w:rPr>
                <w:rFonts w:cs="Arial"/>
                <w:sz w:val="15"/>
              </w:rPr>
              <w:t>Existing business links with China</w:t>
            </w:r>
            <w:r>
              <w:rPr>
                <w:rFonts w:cs="Arial"/>
                <w:sz w:val="15"/>
              </w:rPr>
              <w:br/>
            </w:r>
            <w:r>
              <w:rPr>
                <w:rFonts w:cs="Arial"/>
                <w:sz w:val="15"/>
              </w:rPr>
              <w:t>与中国现有商业联系</w:t>
            </w:r>
          </w:p>
        </w:tc>
        <w:tc>
          <w:tcPr>
            <w:tcW w:w="5840" w:type="dxa"/>
            <w:tcMar>
              <w:top w:w="80" w:type="dxa"/>
              <w:left w:w="100" w:type="dxa"/>
              <w:bottom w:w="80" w:type="dxa"/>
              <w:right w:w="100" w:type="dxa"/>
            </w:tcMar>
            <w:vAlign w:val="center"/>
          </w:tcPr>
          <w:p w14:paraId="56B1642B" w14:textId="77777777" w:rsidR="00AD4779" w:rsidRDefault="00000000">
            <w:pPr>
              <w:spacing w:after="0" w:line="240" w:lineRule="auto"/>
            </w:pPr>
            <w:r>
              <w:rPr>
                <w:rFonts w:cs="Arial"/>
                <w:color w:val="666666"/>
                <w:sz w:val="15"/>
              </w:rPr>
              <w:t>....................................................................................................</w:t>
            </w:r>
          </w:p>
        </w:tc>
      </w:tr>
      <w:tr w:rsidR="00AD4779" w14:paraId="1162E44D" w14:textId="77777777">
        <w:trPr>
          <w:jc w:val="center"/>
        </w:trPr>
        <w:tc>
          <w:tcPr>
            <w:tcW w:w="3628" w:type="dxa"/>
            <w:tcMar>
              <w:top w:w="80" w:type="dxa"/>
              <w:left w:w="100" w:type="dxa"/>
              <w:bottom w:w="80" w:type="dxa"/>
              <w:right w:w="100" w:type="dxa"/>
            </w:tcMar>
            <w:vAlign w:val="center"/>
          </w:tcPr>
          <w:p w14:paraId="73E531F3" w14:textId="77777777" w:rsidR="00AD4779" w:rsidRDefault="00000000">
            <w:pPr>
              <w:spacing w:after="0" w:line="240" w:lineRule="auto"/>
            </w:pPr>
            <w:r>
              <w:rPr>
                <w:rFonts w:cs="Arial"/>
                <w:sz w:val="15"/>
              </w:rPr>
              <w:t>Short description of business activity</w:t>
            </w:r>
            <w:r>
              <w:rPr>
                <w:rFonts w:cs="Arial"/>
                <w:sz w:val="15"/>
              </w:rPr>
              <w:br/>
            </w:r>
            <w:r>
              <w:rPr>
                <w:rFonts w:cs="Arial"/>
                <w:sz w:val="15"/>
              </w:rPr>
              <w:t>业务活动简要说明</w:t>
            </w:r>
          </w:p>
        </w:tc>
        <w:tc>
          <w:tcPr>
            <w:tcW w:w="5840" w:type="dxa"/>
            <w:tcMar>
              <w:top w:w="80" w:type="dxa"/>
              <w:left w:w="100" w:type="dxa"/>
              <w:bottom w:w="80" w:type="dxa"/>
              <w:right w:w="100" w:type="dxa"/>
            </w:tcMar>
            <w:vAlign w:val="center"/>
          </w:tcPr>
          <w:p w14:paraId="3ABA1FCE" w14:textId="77777777" w:rsidR="00AD4779" w:rsidRDefault="00000000">
            <w:pPr>
              <w:spacing w:after="0" w:line="240" w:lineRule="auto"/>
            </w:pPr>
            <w:r>
              <w:rPr>
                <w:rFonts w:cs="Arial"/>
                <w:color w:val="666666"/>
                <w:sz w:val="15"/>
              </w:rPr>
              <w:t>....................................................................................................</w:t>
            </w:r>
            <w:r>
              <w:rPr>
                <w:rFonts w:cs="Arial"/>
                <w:color w:val="666666"/>
                <w:sz w:val="15"/>
              </w:rPr>
              <w:br/>
              <w:t>....................................................................................................</w:t>
            </w:r>
          </w:p>
        </w:tc>
      </w:tr>
    </w:tbl>
    <w:p w14:paraId="19DD15DF" w14:textId="77777777" w:rsidR="00AD4779" w:rsidRDefault="00000000">
      <w:pPr>
        <w:keepNext/>
        <w:spacing w:before="160" w:after="80"/>
      </w:pPr>
      <w:r>
        <w:rPr>
          <w:rFonts w:cs="Arial"/>
          <w:b/>
          <w:color w:val="8B1E1E"/>
          <w:sz w:val="21"/>
        </w:rPr>
        <w:lastRenderedPageBreak/>
        <w:t>5. Areas of cooperation with the Chamber</w:t>
      </w:r>
      <w:r>
        <w:rPr>
          <w:rFonts w:cs="Arial"/>
          <w:b/>
          <w:color w:val="8B1E1E"/>
          <w:sz w:val="21"/>
        </w:rPr>
        <w:br/>
        <w:t xml:space="preserve">5. </w:t>
      </w:r>
      <w:r>
        <w:rPr>
          <w:rFonts w:cs="Arial"/>
          <w:b/>
          <w:color w:val="8B1E1E"/>
          <w:sz w:val="21"/>
        </w:rPr>
        <w:t>与商会合作领域</w:t>
      </w:r>
    </w:p>
    <w:tbl>
      <w:tblPr>
        <w:tblW w:w="0" w:type="auto"/>
        <w:jc w:val="center"/>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Look w:val="04A0" w:firstRow="1" w:lastRow="0" w:firstColumn="1" w:lastColumn="0" w:noHBand="0" w:noVBand="1"/>
      </w:tblPr>
      <w:tblGrid>
        <w:gridCol w:w="4734"/>
        <w:gridCol w:w="4734"/>
      </w:tblGrid>
      <w:tr w:rsidR="00AD4779" w14:paraId="157FE6D0" w14:textId="77777777">
        <w:trPr>
          <w:jc w:val="center"/>
        </w:trPr>
        <w:tc>
          <w:tcPr>
            <w:tcW w:w="4734" w:type="dxa"/>
            <w:tcMar>
              <w:top w:w="80" w:type="dxa"/>
              <w:left w:w="100" w:type="dxa"/>
              <w:bottom w:w="80" w:type="dxa"/>
              <w:right w:w="100" w:type="dxa"/>
            </w:tcMar>
            <w:vAlign w:val="center"/>
          </w:tcPr>
          <w:p w14:paraId="519CD2D1" w14:textId="77777777" w:rsidR="00AD4779" w:rsidRDefault="00000000">
            <w:pPr>
              <w:spacing w:after="0" w:line="240" w:lineRule="auto"/>
            </w:pPr>
            <w:r>
              <w:rPr>
                <w:rFonts w:cs="Arial"/>
                <w:sz w:val="15"/>
              </w:rPr>
              <w:t>☐ export development to China</w:t>
            </w:r>
            <w:r>
              <w:rPr>
                <w:rFonts w:cs="Arial"/>
                <w:sz w:val="15"/>
              </w:rPr>
              <w:br/>
              <w:t xml:space="preserve">☐ </w:t>
            </w:r>
            <w:r>
              <w:rPr>
                <w:rFonts w:cs="Arial"/>
                <w:sz w:val="15"/>
              </w:rPr>
              <w:t>对中国出口发展</w:t>
            </w:r>
          </w:p>
        </w:tc>
        <w:tc>
          <w:tcPr>
            <w:tcW w:w="4734" w:type="dxa"/>
            <w:tcMar>
              <w:top w:w="80" w:type="dxa"/>
              <w:left w:w="100" w:type="dxa"/>
              <w:bottom w:w="80" w:type="dxa"/>
              <w:right w:w="100" w:type="dxa"/>
            </w:tcMar>
            <w:vAlign w:val="center"/>
          </w:tcPr>
          <w:p w14:paraId="08508EB8" w14:textId="77777777" w:rsidR="00AD4779" w:rsidRDefault="00000000">
            <w:pPr>
              <w:spacing w:after="0" w:line="240" w:lineRule="auto"/>
            </w:pPr>
            <w:r>
              <w:rPr>
                <w:rFonts w:cs="Arial"/>
                <w:sz w:val="15"/>
              </w:rPr>
              <w:t>☐ import development from China</w:t>
            </w:r>
            <w:r>
              <w:rPr>
                <w:rFonts w:cs="Arial"/>
                <w:sz w:val="15"/>
              </w:rPr>
              <w:br/>
              <w:t xml:space="preserve">☐ </w:t>
            </w:r>
            <w:r>
              <w:rPr>
                <w:rFonts w:cs="Arial"/>
                <w:sz w:val="15"/>
              </w:rPr>
              <w:t>从中国进口发展</w:t>
            </w:r>
          </w:p>
        </w:tc>
      </w:tr>
      <w:tr w:rsidR="00AD4779" w14:paraId="631E7596" w14:textId="77777777">
        <w:trPr>
          <w:jc w:val="center"/>
        </w:trPr>
        <w:tc>
          <w:tcPr>
            <w:tcW w:w="4734" w:type="dxa"/>
            <w:tcMar>
              <w:top w:w="80" w:type="dxa"/>
              <w:left w:w="100" w:type="dxa"/>
              <w:bottom w:w="80" w:type="dxa"/>
              <w:right w:w="100" w:type="dxa"/>
            </w:tcMar>
            <w:vAlign w:val="center"/>
          </w:tcPr>
          <w:p w14:paraId="66C6755A" w14:textId="77777777" w:rsidR="00AD4779" w:rsidRDefault="00000000">
            <w:pPr>
              <w:spacing w:after="0" w:line="240" w:lineRule="auto"/>
            </w:pPr>
            <w:r>
              <w:rPr>
                <w:rFonts w:cs="Arial"/>
                <w:sz w:val="15"/>
              </w:rPr>
              <w:t>☐ business matchmaking</w:t>
            </w:r>
            <w:r>
              <w:rPr>
                <w:rFonts w:cs="Arial"/>
                <w:sz w:val="15"/>
              </w:rPr>
              <w:br/>
              <w:t xml:space="preserve">☐ </w:t>
            </w:r>
            <w:r>
              <w:rPr>
                <w:rFonts w:cs="Arial"/>
                <w:sz w:val="15"/>
              </w:rPr>
              <w:t>商务对接</w:t>
            </w:r>
          </w:p>
        </w:tc>
        <w:tc>
          <w:tcPr>
            <w:tcW w:w="4734" w:type="dxa"/>
            <w:tcMar>
              <w:top w:w="80" w:type="dxa"/>
              <w:left w:w="100" w:type="dxa"/>
              <w:bottom w:w="80" w:type="dxa"/>
              <w:right w:w="100" w:type="dxa"/>
            </w:tcMar>
            <w:vAlign w:val="center"/>
          </w:tcPr>
          <w:p w14:paraId="6690FBF3" w14:textId="77777777" w:rsidR="00AD4779" w:rsidRDefault="00000000">
            <w:pPr>
              <w:spacing w:after="0" w:line="240" w:lineRule="auto"/>
            </w:pPr>
            <w:r>
              <w:rPr>
                <w:rFonts w:cs="Arial"/>
                <w:sz w:val="15"/>
              </w:rPr>
              <w:t>☐ participation in trade missions</w:t>
            </w:r>
            <w:r>
              <w:rPr>
                <w:rFonts w:cs="Arial"/>
                <w:sz w:val="15"/>
              </w:rPr>
              <w:br/>
              <w:t xml:space="preserve">☐ </w:t>
            </w:r>
            <w:r>
              <w:rPr>
                <w:rFonts w:cs="Arial"/>
                <w:sz w:val="15"/>
              </w:rPr>
              <w:t>参加经贸代表团</w:t>
            </w:r>
          </w:p>
        </w:tc>
      </w:tr>
      <w:tr w:rsidR="00AD4779" w14:paraId="464541E1" w14:textId="77777777">
        <w:trPr>
          <w:jc w:val="center"/>
        </w:trPr>
        <w:tc>
          <w:tcPr>
            <w:tcW w:w="4734" w:type="dxa"/>
            <w:tcMar>
              <w:top w:w="80" w:type="dxa"/>
              <w:left w:w="100" w:type="dxa"/>
              <w:bottom w:w="80" w:type="dxa"/>
              <w:right w:w="100" w:type="dxa"/>
            </w:tcMar>
            <w:vAlign w:val="center"/>
          </w:tcPr>
          <w:p w14:paraId="2291F34E" w14:textId="77777777" w:rsidR="00AD4779" w:rsidRDefault="00000000">
            <w:pPr>
              <w:spacing w:after="0" w:line="240" w:lineRule="auto"/>
            </w:pPr>
            <w:r>
              <w:rPr>
                <w:rFonts w:cs="Arial"/>
                <w:sz w:val="15"/>
              </w:rPr>
              <w:t>☐ participation in conferences and events</w:t>
            </w:r>
            <w:r>
              <w:rPr>
                <w:rFonts w:cs="Arial"/>
                <w:sz w:val="15"/>
              </w:rPr>
              <w:br/>
              <w:t xml:space="preserve">☐ </w:t>
            </w:r>
            <w:r>
              <w:rPr>
                <w:rFonts w:cs="Arial"/>
                <w:sz w:val="15"/>
              </w:rPr>
              <w:t>参加会议和活动</w:t>
            </w:r>
          </w:p>
        </w:tc>
        <w:tc>
          <w:tcPr>
            <w:tcW w:w="4734" w:type="dxa"/>
            <w:tcMar>
              <w:top w:w="80" w:type="dxa"/>
              <w:left w:w="100" w:type="dxa"/>
              <w:bottom w:w="80" w:type="dxa"/>
              <w:right w:w="100" w:type="dxa"/>
            </w:tcMar>
            <w:vAlign w:val="center"/>
          </w:tcPr>
          <w:p w14:paraId="542FBBD2" w14:textId="77777777" w:rsidR="00AD4779" w:rsidRDefault="00000000">
            <w:pPr>
              <w:spacing w:after="0" w:line="240" w:lineRule="auto"/>
            </w:pPr>
            <w:r>
              <w:rPr>
                <w:rFonts w:cs="Arial"/>
                <w:sz w:val="15"/>
              </w:rPr>
              <w:t>☐ promotion of the applicant in Chamber activities</w:t>
            </w:r>
            <w:r>
              <w:rPr>
                <w:rFonts w:cs="Arial"/>
                <w:sz w:val="15"/>
              </w:rPr>
              <w:br/>
              <w:t xml:space="preserve">☐ </w:t>
            </w:r>
            <w:r>
              <w:rPr>
                <w:rFonts w:cs="Arial"/>
                <w:sz w:val="15"/>
              </w:rPr>
              <w:t>在商会活动中推广申请人</w:t>
            </w:r>
          </w:p>
        </w:tc>
      </w:tr>
      <w:tr w:rsidR="00AD4779" w14:paraId="2B976B46" w14:textId="77777777">
        <w:trPr>
          <w:jc w:val="center"/>
        </w:trPr>
        <w:tc>
          <w:tcPr>
            <w:tcW w:w="4734" w:type="dxa"/>
            <w:tcMar>
              <w:top w:w="80" w:type="dxa"/>
              <w:left w:w="100" w:type="dxa"/>
              <w:bottom w:w="80" w:type="dxa"/>
              <w:right w:w="100" w:type="dxa"/>
            </w:tcMar>
            <w:vAlign w:val="center"/>
          </w:tcPr>
          <w:p w14:paraId="69FD1F5D" w14:textId="77777777" w:rsidR="00AD4779" w:rsidRDefault="00000000">
            <w:pPr>
              <w:spacing w:after="0" w:line="240" w:lineRule="auto"/>
            </w:pPr>
            <w:r>
              <w:rPr>
                <w:rFonts w:cs="Arial"/>
                <w:sz w:val="15"/>
              </w:rPr>
              <w:t>☐ legal, regulatory or administrative guidance</w:t>
            </w:r>
            <w:r>
              <w:rPr>
                <w:rFonts w:cs="Arial"/>
                <w:sz w:val="15"/>
              </w:rPr>
              <w:br/>
              <w:t xml:space="preserve">☐ </w:t>
            </w:r>
            <w:r>
              <w:rPr>
                <w:rFonts w:cs="Arial"/>
                <w:sz w:val="15"/>
              </w:rPr>
              <w:t>法律、监管或行政事务指导</w:t>
            </w:r>
          </w:p>
        </w:tc>
        <w:tc>
          <w:tcPr>
            <w:tcW w:w="4734" w:type="dxa"/>
            <w:tcMar>
              <w:top w:w="80" w:type="dxa"/>
              <w:left w:w="100" w:type="dxa"/>
              <w:bottom w:w="80" w:type="dxa"/>
              <w:right w:w="100" w:type="dxa"/>
            </w:tcMar>
            <w:vAlign w:val="center"/>
          </w:tcPr>
          <w:p w14:paraId="2EA92FB1" w14:textId="77777777" w:rsidR="00AD4779" w:rsidRDefault="00000000">
            <w:pPr>
              <w:spacing w:after="0" w:line="240" w:lineRule="auto"/>
            </w:pPr>
            <w:r>
              <w:rPr>
                <w:rFonts w:cs="Arial"/>
                <w:sz w:val="15"/>
              </w:rPr>
              <w:t>☐ investment cooperation</w:t>
            </w:r>
            <w:r>
              <w:rPr>
                <w:rFonts w:cs="Arial"/>
                <w:sz w:val="15"/>
              </w:rPr>
              <w:br/>
              <w:t xml:space="preserve">☐ </w:t>
            </w:r>
            <w:r>
              <w:rPr>
                <w:rFonts w:cs="Arial"/>
                <w:sz w:val="15"/>
              </w:rPr>
              <w:t>投资合作</w:t>
            </w:r>
          </w:p>
        </w:tc>
      </w:tr>
      <w:tr w:rsidR="00AD4779" w14:paraId="3E75B603" w14:textId="77777777">
        <w:trPr>
          <w:jc w:val="center"/>
        </w:trPr>
        <w:tc>
          <w:tcPr>
            <w:tcW w:w="4734" w:type="dxa"/>
            <w:tcMar>
              <w:top w:w="80" w:type="dxa"/>
              <w:left w:w="100" w:type="dxa"/>
              <w:bottom w:w="80" w:type="dxa"/>
              <w:right w:w="100" w:type="dxa"/>
            </w:tcMar>
            <w:vAlign w:val="center"/>
          </w:tcPr>
          <w:p w14:paraId="6AFB2B54" w14:textId="77777777" w:rsidR="00AD4779" w:rsidRDefault="00000000">
            <w:pPr>
              <w:spacing w:after="0" w:line="240" w:lineRule="auto"/>
            </w:pPr>
            <w:r>
              <w:rPr>
                <w:rFonts w:cs="Arial"/>
                <w:sz w:val="15"/>
              </w:rPr>
              <w:t>☐ technology and innovation cooperation</w:t>
            </w:r>
            <w:r>
              <w:rPr>
                <w:rFonts w:cs="Arial"/>
                <w:sz w:val="15"/>
              </w:rPr>
              <w:br/>
              <w:t xml:space="preserve">☐ </w:t>
            </w:r>
            <w:r>
              <w:rPr>
                <w:rFonts w:cs="Arial"/>
                <w:sz w:val="15"/>
              </w:rPr>
              <w:t>技术与创新合作</w:t>
            </w:r>
          </w:p>
        </w:tc>
        <w:tc>
          <w:tcPr>
            <w:tcW w:w="4734" w:type="dxa"/>
            <w:tcMar>
              <w:top w:w="80" w:type="dxa"/>
              <w:left w:w="100" w:type="dxa"/>
              <w:bottom w:w="80" w:type="dxa"/>
              <w:right w:w="100" w:type="dxa"/>
            </w:tcMar>
            <w:vAlign w:val="center"/>
          </w:tcPr>
          <w:p w14:paraId="40BA199F" w14:textId="77777777" w:rsidR="00AD4779" w:rsidRDefault="00000000">
            <w:pPr>
              <w:spacing w:after="0" w:line="240" w:lineRule="auto"/>
            </w:pPr>
            <w:r>
              <w:rPr>
                <w:rFonts w:cs="Arial"/>
                <w:sz w:val="15"/>
              </w:rPr>
              <w:t>☐ academic or research cooperation</w:t>
            </w:r>
            <w:r>
              <w:rPr>
                <w:rFonts w:cs="Arial"/>
                <w:sz w:val="15"/>
              </w:rPr>
              <w:br/>
              <w:t xml:space="preserve">☐ </w:t>
            </w:r>
            <w:r>
              <w:rPr>
                <w:rFonts w:cs="Arial"/>
                <w:sz w:val="15"/>
              </w:rPr>
              <w:t>学术或科研合作</w:t>
            </w:r>
          </w:p>
        </w:tc>
      </w:tr>
      <w:tr w:rsidR="00AD4779" w14:paraId="015BB68C" w14:textId="77777777">
        <w:trPr>
          <w:jc w:val="center"/>
        </w:trPr>
        <w:tc>
          <w:tcPr>
            <w:tcW w:w="4734" w:type="dxa"/>
            <w:tcMar>
              <w:top w:w="80" w:type="dxa"/>
              <w:left w:w="100" w:type="dxa"/>
              <w:bottom w:w="80" w:type="dxa"/>
              <w:right w:w="100" w:type="dxa"/>
            </w:tcMar>
            <w:vAlign w:val="center"/>
          </w:tcPr>
          <w:p w14:paraId="44D47558" w14:textId="77777777" w:rsidR="00AD4779" w:rsidRDefault="00000000">
            <w:pPr>
              <w:spacing w:after="0" w:line="240" w:lineRule="auto"/>
            </w:pPr>
            <w:r>
              <w:rPr>
                <w:rFonts w:cs="Arial"/>
                <w:sz w:val="15"/>
              </w:rPr>
              <w:t>☐ public-private cooperation</w:t>
            </w:r>
            <w:r>
              <w:rPr>
                <w:rFonts w:cs="Arial"/>
                <w:sz w:val="15"/>
              </w:rPr>
              <w:br/>
              <w:t xml:space="preserve">☐ </w:t>
            </w:r>
            <w:r>
              <w:rPr>
                <w:rFonts w:cs="Arial"/>
                <w:sz w:val="15"/>
              </w:rPr>
              <w:t>公共</w:t>
            </w:r>
            <w:r>
              <w:rPr>
                <w:rFonts w:cs="Arial"/>
                <w:sz w:val="15"/>
              </w:rPr>
              <w:t>-</w:t>
            </w:r>
            <w:r>
              <w:rPr>
                <w:rFonts w:cs="Arial"/>
                <w:sz w:val="15"/>
              </w:rPr>
              <w:t>私营合作</w:t>
            </w:r>
          </w:p>
        </w:tc>
        <w:tc>
          <w:tcPr>
            <w:tcW w:w="4734" w:type="dxa"/>
            <w:tcMar>
              <w:top w:w="80" w:type="dxa"/>
              <w:left w:w="100" w:type="dxa"/>
              <w:bottom w:w="80" w:type="dxa"/>
              <w:right w:w="100" w:type="dxa"/>
            </w:tcMar>
            <w:vAlign w:val="center"/>
          </w:tcPr>
          <w:p w14:paraId="25A68C29" w14:textId="77777777" w:rsidR="00AD4779" w:rsidRDefault="00000000">
            <w:pPr>
              <w:spacing w:after="0" w:line="240" w:lineRule="auto"/>
            </w:pPr>
            <w:r>
              <w:rPr>
                <w:rFonts w:cs="Arial"/>
                <w:sz w:val="15"/>
              </w:rPr>
              <w:t>☐ other: ................................................</w:t>
            </w:r>
            <w:r>
              <w:rPr>
                <w:rFonts w:cs="Arial"/>
                <w:sz w:val="15"/>
              </w:rPr>
              <w:br/>
              <w:t xml:space="preserve">☐ </w:t>
            </w:r>
            <w:r>
              <w:rPr>
                <w:rFonts w:cs="Arial"/>
                <w:sz w:val="15"/>
              </w:rPr>
              <w:t>其他：</w:t>
            </w:r>
            <w:r>
              <w:rPr>
                <w:rFonts w:cs="Arial"/>
                <w:sz w:val="15"/>
              </w:rPr>
              <w:t>................................................</w:t>
            </w:r>
          </w:p>
        </w:tc>
      </w:tr>
    </w:tbl>
    <w:p w14:paraId="3676CE6F" w14:textId="4643157B" w:rsidR="00AD4779" w:rsidRDefault="00000000">
      <w:pPr>
        <w:keepNext/>
        <w:spacing w:before="160" w:after="80"/>
      </w:pPr>
      <w:r>
        <w:rPr>
          <w:rFonts w:cs="Arial"/>
          <w:b/>
          <w:color w:val="8B1E1E"/>
          <w:sz w:val="21"/>
        </w:rPr>
        <w:t>6.</w:t>
      </w:r>
      <w:r w:rsidR="00363E15">
        <w:rPr>
          <w:rFonts w:cs="Arial"/>
          <w:b/>
          <w:color w:val="8B1E1E"/>
          <w:sz w:val="21"/>
        </w:rPr>
        <w:t>A.</w:t>
      </w:r>
      <w:r>
        <w:rPr>
          <w:rFonts w:cs="Arial"/>
          <w:b/>
          <w:color w:val="8B1E1E"/>
          <w:sz w:val="21"/>
        </w:rPr>
        <w:t xml:space="preserve"> Declarations and undertakings</w:t>
      </w:r>
      <w:r>
        <w:rPr>
          <w:rFonts w:cs="Arial"/>
          <w:b/>
          <w:color w:val="8B1E1E"/>
          <w:sz w:val="21"/>
        </w:rPr>
        <w:br/>
        <w:t xml:space="preserve">6. </w:t>
      </w:r>
      <w:r>
        <w:rPr>
          <w:rFonts w:cs="Arial"/>
          <w:b/>
          <w:color w:val="8B1E1E"/>
          <w:sz w:val="21"/>
        </w:rPr>
        <w:t>声明与承诺</w:t>
      </w:r>
    </w:p>
    <w:p w14:paraId="06DA4D4C" w14:textId="77777777" w:rsidR="00AD4779" w:rsidRDefault="00000000">
      <w:pPr>
        <w:spacing w:after="60" w:line="240" w:lineRule="auto"/>
        <w:ind w:left="283" w:hanging="283"/>
      </w:pPr>
      <w:r>
        <w:rPr>
          <w:rFonts w:cs="Arial"/>
          <w:sz w:val="16"/>
        </w:rPr>
        <w:t>1. The applicant declares its intention to apply for membership in the Polish-Chinese Chamber of Industry and Commerce.</w:t>
      </w:r>
      <w:r>
        <w:rPr>
          <w:rFonts w:cs="Arial"/>
          <w:sz w:val="16"/>
        </w:rPr>
        <w:br/>
      </w:r>
      <w:r>
        <w:rPr>
          <w:rFonts w:cs="Arial"/>
          <w:color w:val="333333"/>
          <w:sz w:val="16"/>
        </w:rPr>
        <w:t xml:space="preserve">   </w:t>
      </w:r>
      <w:r>
        <w:rPr>
          <w:rFonts w:cs="Arial"/>
          <w:color w:val="333333"/>
          <w:sz w:val="16"/>
        </w:rPr>
        <w:t>申请人声明愿意申请加入波中工商业联合会。</w:t>
      </w:r>
    </w:p>
    <w:p w14:paraId="7FD41ACC" w14:textId="77777777" w:rsidR="00AD4779" w:rsidRDefault="00000000">
      <w:pPr>
        <w:spacing w:after="60" w:line="240" w:lineRule="auto"/>
        <w:ind w:left="283" w:hanging="283"/>
      </w:pPr>
      <w:r>
        <w:rPr>
          <w:rFonts w:cs="Arial"/>
          <w:sz w:val="16"/>
        </w:rPr>
        <w:t>2. The signatory declares that he or she is duly authorized to submit and sign this application on behalf of the applicant.</w:t>
      </w:r>
      <w:r>
        <w:rPr>
          <w:rFonts w:cs="Arial"/>
          <w:sz w:val="16"/>
        </w:rPr>
        <w:br/>
      </w:r>
      <w:r>
        <w:rPr>
          <w:rFonts w:cs="Arial"/>
          <w:color w:val="333333"/>
          <w:sz w:val="16"/>
        </w:rPr>
        <w:t xml:space="preserve">   </w:t>
      </w:r>
      <w:r>
        <w:rPr>
          <w:rFonts w:cs="Arial"/>
          <w:color w:val="333333"/>
          <w:sz w:val="16"/>
        </w:rPr>
        <w:t>签署人声明其已获得充分授权，有权代表申请人提交并签署本申请。</w:t>
      </w:r>
    </w:p>
    <w:p w14:paraId="0714FB2D" w14:textId="77777777" w:rsidR="00AD4779" w:rsidRDefault="00000000">
      <w:pPr>
        <w:spacing w:after="60" w:line="240" w:lineRule="auto"/>
        <w:ind w:left="283" w:hanging="283"/>
      </w:pPr>
      <w:r>
        <w:rPr>
          <w:rFonts w:cs="Arial"/>
          <w:sz w:val="16"/>
        </w:rPr>
        <w:t>3. The applicant confirms that the information provided in this application and in the attached documents is true, accurate and up to date.</w:t>
      </w:r>
      <w:r>
        <w:rPr>
          <w:rFonts w:cs="Arial"/>
          <w:sz w:val="16"/>
        </w:rPr>
        <w:br/>
      </w:r>
      <w:r>
        <w:rPr>
          <w:rFonts w:cs="Arial"/>
          <w:color w:val="333333"/>
          <w:sz w:val="16"/>
        </w:rPr>
        <w:t xml:space="preserve">   </w:t>
      </w:r>
      <w:r>
        <w:rPr>
          <w:rFonts w:cs="Arial"/>
          <w:color w:val="333333"/>
          <w:sz w:val="16"/>
        </w:rPr>
        <w:t>申请人确认本申请及所附文件中提供的信息真实、准确并且为最新信息。</w:t>
      </w:r>
    </w:p>
    <w:p w14:paraId="4AF49296" w14:textId="77777777" w:rsidR="00AD4779" w:rsidRDefault="00000000">
      <w:pPr>
        <w:spacing w:after="60" w:line="240" w:lineRule="auto"/>
        <w:ind w:left="283" w:hanging="283"/>
      </w:pPr>
      <w:r>
        <w:rPr>
          <w:rFonts w:cs="Arial"/>
          <w:sz w:val="16"/>
        </w:rPr>
        <w:t>4. The applicant undertakes to comply with the Chamber Statute, internal regulations and resolutions of the competent bodies of the Chamber, to the extent applicable.</w:t>
      </w:r>
      <w:r>
        <w:rPr>
          <w:rFonts w:cs="Arial"/>
          <w:sz w:val="16"/>
        </w:rPr>
        <w:br/>
      </w:r>
      <w:r>
        <w:rPr>
          <w:rFonts w:cs="Arial"/>
          <w:color w:val="333333"/>
          <w:sz w:val="16"/>
        </w:rPr>
        <w:t xml:space="preserve">   </w:t>
      </w:r>
      <w:r>
        <w:rPr>
          <w:rFonts w:cs="Arial"/>
          <w:color w:val="333333"/>
          <w:sz w:val="16"/>
        </w:rPr>
        <w:t>申请人承诺在适用范围内遵守本会章程、内部规章以及本会有权机构作出的决议。</w:t>
      </w:r>
    </w:p>
    <w:p w14:paraId="23A868E6" w14:textId="77777777" w:rsidR="00AD4779" w:rsidRDefault="00000000">
      <w:pPr>
        <w:spacing w:after="60" w:line="240" w:lineRule="auto"/>
        <w:ind w:left="283" w:hanging="283"/>
      </w:pPr>
      <w:r>
        <w:rPr>
          <w:rFonts w:cs="Arial"/>
          <w:sz w:val="16"/>
        </w:rPr>
        <w:t>5. The applicant undertakes to pay the entry fee and membership fees in the amount and on the terms determined by the competent bodies of the Chamber.</w:t>
      </w:r>
      <w:r>
        <w:rPr>
          <w:rFonts w:cs="Arial"/>
          <w:sz w:val="16"/>
        </w:rPr>
        <w:br/>
      </w:r>
      <w:r>
        <w:rPr>
          <w:rFonts w:cs="Arial"/>
          <w:color w:val="333333"/>
          <w:sz w:val="16"/>
        </w:rPr>
        <w:t xml:space="preserve">   </w:t>
      </w:r>
      <w:r>
        <w:rPr>
          <w:rFonts w:cs="Arial"/>
          <w:color w:val="333333"/>
          <w:sz w:val="16"/>
        </w:rPr>
        <w:t>申请人承诺按照本会有权机构确定的金额和条件缴纳入会费及会员费。</w:t>
      </w:r>
    </w:p>
    <w:p w14:paraId="0ECD0252" w14:textId="77777777" w:rsidR="00AD4779" w:rsidRDefault="00000000">
      <w:pPr>
        <w:spacing w:after="60" w:line="240" w:lineRule="auto"/>
        <w:ind w:left="283" w:hanging="283"/>
      </w:pPr>
      <w:r>
        <w:rPr>
          <w:rFonts w:cs="Arial"/>
          <w:sz w:val="16"/>
        </w:rPr>
        <w:t>6. The applicant declares that its business activity is conducted in accordance with applicable law and principles of fair business conduct.</w:t>
      </w:r>
      <w:r>
        <w:rPr>
          <w:rFonts w:cs="Arial"/>
          <w:sz w:val="16"/>
        </w:rPr>
        <w:br/>
      </w:r>
      <w:r>
        <w:rPr>
          <w:rFonts w:cs="Arial"/>
          <w:color w:val="333333"/>
          <w:sz w:val="16"/>
        </w:rPr>
        <w:t xml:space="preserve">   </w:t>
      </w:r>
      <w:r>
        <w:rPr>
          <w:rFonts w:cs="Arial"/>
          <w:color w:val="333333"/>
          <w:sz w:val="16"/>
        </w:rPr>
        <w:t>申请人声明其业务活动符合适用法律以及公平商业行为原则。</w:t>
      </w:r>
    </w:p>
    <w:p w14:paraId="69DEB132" w14:textId="77777777" w:rsidR="00AD4779" w:rsidRDefault="00000000">
      <w:pPr>
        <w:spacing w:after="60" w:line="240" w:lineRule="auto"/>
        <w:ind w:left="283" w:hanging="283"/>
      </w:pPr>
      <w:r>
        <w:rPr>
          <w:rFonts w:cs="Arial"/>
          <w:sz w:val="16"/>
        </w:rPr>
        <w:t>7. The applicant acknowledges that the decision on admission to membership is made by the competent body of the Chamber in accordance with the Chamber Statute.</w:t>
      </w:r>
      <w:r>
        <w:rPr>
          <w:rFonts w:cs="Arial"/>
          <w:sz w:val="16"/>
        </w:rPr>
        <w:br/>
      </w:r>
      <w:r>
        <w:rPr>
          <w:rFonts w:cs="Arial"/>
          <w:color w:val="333333"/>
          <w:sz w:val="16"/>
        </w:rPr>
        <w:t xml:space="preserve">   </w:t>
      </w:r>
      <w:r>
        <w:rPr>
          <w:rFonts w:cs="Arial"/>
          <w:color w:val="333333"/>
          <w:sz w:val="16"/>
        </w:rPr>
        <w:t>申请人知悉，是否接纳其成为会员由本会有权机构根据本会章程决定。</w:t>
      </w:r>
    </w:p>
    <w:p w14:paraId="1F40A7DA" w14:textId="77777777" w:rsidR="00AD4779" w:rsidRDefault="00000000">
      <w:pPr>
        <w:spacing w:after="60" w:line="240" w:lineRule="auto"/>
        <w:ind w:left="283" w:hanging="283"/>
      </w:pPr>
      <w:r>
        <w:rPr>
          <w:rFonts w:cs="Arial"/>
          <w:sz w:val="16"/>
        </w:rPr>
        <w:t>8. The applicant undertakes to promptly notify the Chamber of any material change to the data provided in this application.</w:t>
      </w:r>
      <w:r>
        <w:rPr>
          <w:rFonts w:cs="Arial"/>
          <w:sz w:val="16"/>
        </w:rPr>
        <w:br/>
      </w:r>
      <w:r>
        <w:rPr>
          <w:rFonts w:cs="Arial"/>
          <w:color w:val="333333"/>
          <w:sz w:val="16"/>
        </w:rPr>
        <w:t xml:space="preserve">   </w:t>
      </w:r>
      <w:r>
        <w:rPr>
          <w:rFonts w:cs="Arial"/>
          <w:color w:val="333333"/>
          <w:sz w:val="16"/>
        </w:rPr>
        <w:t>申请人承诺，如本申请中提供的信息发生重大变化，将及时通知本会。</w:t>
      </w:r>
    </w:p>
    <w:p w14:paraId="0E742420" w14:textId="36FE03CF" w:rsidR="00AD4779" w:rsidRDefault="00000000">
      <w:pPr>
        <w:spacing w:before="160" w:after="80"/>
      </w:pPr>
      <w:r>
        <w:rPr>
          <w:b/>
          <w:color w:val="8B1E1E"/>
          <w:sz w:val="21"/>
        </w:rPr>
        <w:t>6</w:t>
      </w:r>
      <w:r w:rsidR="00363E15">
        <w:rPr>
          <w:b/>
          <w:color w:val="8B1E1E"/>
          <w:sz w:val="21"/>
        </w:rPr>
        <w:t>.B</w:t>
      </w:r>
      <w:r>
        <w:rPr>
          <w:b/>
          <w:color w:val="8B1E1E"/>
          <w:sz w:val="21"/>
        </w:rPr>
        <w:t>. Membership fees and payment terms</w:t>
      </w:r>
      <w:r>
        <w:rPr>
          <w:b/>
          <w:color w:val="8B1E1E"/>
          <w:sz w:val="21"/>
        </w:rPr>
        <w:br/>
        <w:t>6</w:t>
      </w:r>
      <w:r w:rsidR="00363E15">
        <w:rPr>
          <w:b/>
          <w:color w:val="8B1E1E"/>
          <w:sz w:val="21"/>
        </w:rPr>
        <w:t>.B</w:t>
      </w:r>
      <w:r>
        <w:rPr>
          <w:b/>
          <w:color w:val="8B1E1E"/>
          <w:sz w:val="21"/>
        </w:rPr>
        <w:t xml:space="preserve">. </w:t>
      </w:r>
      <w:r>
        <w:rPr>
          <w:b/>
          <w:color w:val="8B1E1E"/>
          <w:sz w:val="21"/>
        </w:rPr>
        <w:t>会员费用及缴费条款</w:t>
      </w:r>
    </w:p>
    <w:p w14:paraId="189A8F82" w14:textId="77777777" w:rsidR="00AD4779" w:rsidRDefault="00000000">
      <w:pPr>
        <w:spacing w:after="60"/>
      </w:pPr>
      <w:r>
        <w:rPr>
          <w:sz w:val="16"/>
        </w:rPr>
        <w:t>1. The applicant acknowledges that admission to membership may be subject to payment of an entry fee and membership fees in the amount and on the terms determined by the competent bodies of the Chamber, in accordance with the Chamber Statute and applicable resolutions.</w:t>
      </w:r>
      <w:r>
        <w:rPr>
          <w:color w:val="333333"/>
          <w:sz w:val="16"/>
        </w:rPr>
        <w:br/>
        <w:t xml:space="preserve">   </w:t>
      </w:r>
      <w:r>
        <w:rPr>
          <w:color w:val="333333"/>
          <w:sz w:val="16"/>
        </w:rPr>
        <w:t>申请人确认，获准成为会员可能须缴纳入会费及会员费，其金额和缴纳条件由本会有权机构根据本会章程及相关决议确定。</w:t>
      </w:r>
    </w:p>
    <w:p w14:paraId="7C802452" w14:textId="77777777" w:rsidR="00AD4779" w:rsidRDefault="00000000">
      <w:pPr>
        <w:spacing w:after="60"/>
      </w:pPr>
      <w:r>
        <w:rPr>
          <w:sz w:val="16"/>
        </w:rPr>
        <w:t>2. Unless the Chamber Statute or a relevant resolution provides otherwise, the obligation to pay the entry fee and the first membership fee arises after the applicant has been admitted as a member.</w:t>
      </w:r>
      <w:r>
        <w:rPr>
          <w:color w:val="333333"/>
          <w:sz w:val="16"/>
        </w:rPr>
        <w:br/>
        <w:t xml:space="preserve">   </w:t>
      </w:r>
      <w:r>
        <w:rPr>
          <w:color w:val="333333"/>
          <w:sz w:val="16"/>
        </w:rPr>
        <w:t>除本会章程或相关决议另有规定外，入会费及首期会员费的缴纳义务自申请人被接纳为会员之日起产生。</w:t>
      </w:r>
    </w:p>
    <w:p w14:paraId="5AFE6389" w14:textId="77777777" w:rsidR="00AD4779" w:rsidRDefault="00000000">
      <w:pPr>
        <w:spacing w:after="60"/>
      </w:pPr>
      <w:r>
        <w:rPr>
          <w:sz w:val="16"/>
        </w:rPr>
        <w:t>3. The applicant undertakes to pay all applicable membership fees within the deadline indicated in the payment request, invoice, debit note, resolution or other document issued by the Chamber.</w:t>
      </w:r>
      <w:r>
        <w:rPr>
          <w:color w:val="333333"/>
          <w:sz w:val="16"/>
        </w:rPr>
        <w:br/>
        <w:t xml:space="preserve">   </w:t>
      </w:r>
      <w:r>
        <w:rPr>
          <w:color w:val="333333"/>
          <w:sz w:val="16"/>
        </w:rPr>
        <w:t>申请人承诺按照本会付款通知、发票、付款凭证、决议或其他文件中规定的期限缴纳所有适用的会员费用。</w:t>
      </w:r>
    </w:p>
    <w:p w14:paraId="6C3D6173" w14:textId="77777777" w:rsidR="00AD4779" w:rsidRDefault="00000000">
      <w:pPr>
        <w:spacing w:after="60"/>
      </w:pPr>
      <w:r>
        <w:rPr>
          <w:sz w:val="16"/>
        </w:rPr>
        <w:t>4. Failure to pay the required fees within the applicable deadline may result in the suspension or restriction of membership rights or termination of membership, in accordance with the Chamber Statute and internal regulations.</w:t>
      </w:r>
      <w:r>
        <w:rPr>
          <w:color w:val="333333"/>
          <w:sz w:val="16"/>
        </w:rPr>
        <w:br/>
        <w:t xml:space="preserve">   </w:t>
      </w:r>
      <w:r>
        <w:rPr>
          <w:color w:val="333333"/>
          <w:sz w:val="16"/>
        </w:rPr>
        <w:t>如未在规定期限内缴纳应付费用，本会可根据本会章程及内部规定暂停或限制其会员权利，或终止其会员资格。</w:t>
      </w:r>
    </w:p>
    <w:p w14:paraId="09D05B16" w14:textId="77777777" w:rsidR="00AD4779" w:rsidRDefault="00000000">
      <w:pPr>
        <w:spacing w:after="60"/>
        <w:rPr>
          <w:color w:val="333333"/>
          <w:sz w:val="16"/>
        </w:rPr>
      </w:pPr>
      <w:r>
        <w:rPr>
          <w:sz w:val="16"/>
        </w:rPr>
        <w:t>5. Unless the Chamber decides otherwise, the entry fee and membership fees already paid are non-refundable, including in the event of resignation from membership during a given membership period.</w:t>
      </w:r>
      <w:r>
        <w:rPr>
          <w:color w:val="333333"/>
          <w:sz w:val="16"/>
        </w:rPr>
        <w:br/>
        <w:t xml:space="preserve">   </w:t>
      </w:r>
      <w:proofErr w:type="spellStart"/>
      <w:r>
        <w:rPr>
          <w:color w:val="333333"/>
          <w:sz w:val="16"/>
        </w:rPr>
        <w:t>除本会另有决定外，已缴纳的入会费及会员费不予退还，包括会员在相应会员期间内申请退出的情形</w:t>
      </w:r>
      <w:proofErr w:type="spellEnd"/>
      <w:r>
        <w:rPr>
          <w:color w:val="333333"/>
          <w:sz w:val="16"/>
        </w:rPr>
        <w:t>。</w:t>
      </w:r>
    </w:p>
    <w:p w14:paraId="2BB0D222" w14:textId="77777777" w:rsidR="00DC5264" w:rsidRDefault="00DC5264">
      <w:pPr>
        <w:spacing w:after="60"/>
        <w:rPr>
          <w:color w:val="333333"/>
          <w:sz w:val="16"/>
        </w:rPr>
      </w:pPr>
    </w:p>
    <w:p w14:paraId="363ACBC5" w14:textId="77777777" w:rsidR="00C07775" w:rsidRDefault="00DC5264">
      <w:pPr>
        <w:spacing w:after="60"/>
        <w:rPr>
          <w:color w:val="333333"/>
          <w:sz w:val="16"/>
        </w:rPr>
      </w:pPr>
      <w:r>
        <w:rPr>
          <w:color w:val="333333"/>
          <w:sz w:val="16"/>
        </w:rPr>
        <w:lastRenderedPageBreak/>
        <w:t xml:space="preserve">6. The details of the bank account for any payments: </w:t>
      </w:r>
    </w:p>
    <w:p w14:paraId="3E16371B" w14:textId="163978CD" w:rsidR="00C07775" w:rsidRPr="00C07775" w:rsidRDefault="00DC5264" w:rsidP="00C07775">
      <w:pPr>
        <w:spacing w:after="60"/>
        <w:rPr>
          <w:color w:val="333333"/>
          <w:sz w:val="16"/>
          <w:lang w:val="pl-PL"/>
        </w:rPr>
      </w:pPr>
      <w:r w:rsidRPr="00C07775">
        <w:rPr>
          <w:color w:val="333333"/>
          <w:sz w:val="16"/>
          <w:lang w:val="pl-PL"/>
        </w:rPr>
        <w:t xml:space="preserve"> </w:t>
      </w:r>
      <w:proofErr w:type="spellStart"/>
      <w:r w:rsidR="00C07775" w:rsidRPr="00C07775">
        <w:rPr>
          <w:color w:val="333333"/>
          <w:sz w:val="16"/>
          <w:lang w:val="pl-PL"/>
        </w:rPr>
        <w:t>Beneficiary</w:t>
      </w:r>
      <w:proofErr w:type="spellEnd"/>
      <w:r w:rsidR="00C07775" w:rsidRPr="00C07775">
        <w:rPr>
          <w:color w:val="333333"/>
          <w:sz w:val="16"/>
          <w:lang w:val="pl-PL"/>
        </w:rPr>
        <w:t>:</w:t>
      </w:r>
      <w:r w:rsidR="003A701A">
        <w:rPr>
          <w:color w:val="333333"/>
          <w:sz w:val="16"/>
          <w:lang w:val="pl-PL"/>
        </w:rPr>
        <w:t xml:space="preserve"> </w:t>
      </w:r>
      <w:r w:rsidR="00C07775" w:rsidRPr="00C07775">
        <w:rPr>
          <w:color w:val="333333"/>
          <w:sz w:val="16"/>
          <w:lang w:val="pl-PL"/>
        </w:rPr>
        <w:t>POLSKO-CHINSKA IZBA PRZEMYSLOWO-HANDLOWA</w:t>
      </w:r>
    </w:p>
    <w:p w14:paraId="46627D6A" w14:textId="01C57767" w:rsidR="00C07775" w:rsidRPr="00C07775" w:rsidRDefault="00C07775" w:rsidP="00C07775">
      <w:pPr>
        <w:spacing w:after="60"/>
        <w:rPr>
          <w:color w:val="333333"/>
          <w:sz w:val="16"/>
          <w:lang w:val="pl-PL"/>
        </w:rPr>
      </w:pPr>
      <w:proofErr w:type="spellStart"/>
      <w:r w:rsidRPr="00C07775">
        <w:rPr>
          <w:color w:val="333333"/>
          <w:sz w:val="16"/>
          <w:lang w:val="pl-PL"/>
        </w:rPr>
        <w:t>Address</w:t>
      </w:r>
      <w:proofErr w:type="spellEnd"/>
      <w:r w:rsidRPr="00C07775">
        <w:rPr>
          <w:color w:val="333333"/>
          <w:sz w:val="16"/>
          <w:lang w:val="pl-PL"/>
        </w:rPr>
        <w:t>:</w:t>
      </w:r>
      <w:r w:rsidR="003A701A">
        <w:rPr>
          <w:color w:val="333333"/>
          <w:sz w:val="16"/>
          <w:lang w:val="pl-PL"/>
        </w:rPr>
        <w:t xml:space="preserve"> </w:t>
      </w:r>
      <w:r w:rsidRPr="00C07775">
        <w:rPr>
          <w:color w:val="333333"/>
          <w:sz w:val="16"/>
          <w:lang w:val="pl-PL"/>
        </w:rPr>
        <w:t>ul. Świętojańska 46/8, 81-393 Gdynia, Poland</w:t>
      </w:r>
    </w:p>
    <w:p w14:paraId="100CF7AD" w14:textId="1611C5BE" w:rsidR="00C07775" w:rsidRPr="00C07775" w:rsidRDefault="00C07775" w:rsidP="00C07775">
      <w:pPr>
        <w:spacing w:after="60"/>
        <w:rPr>
          <w:color w:val="333333"/>
          <w:sz w:val="16"/>
          <w:lang w:val="pl-PL"/>
        </w:rPr>
      </w:pPr>
      <w:r w:rsidRPr="00C07775">
        <w:rPr>
          <w:color w:val="333333"/>
          <w:sz w:val="16"/>
          <w:lang w:val="pl-PL"/>
        </w:rPr>
        <w:t xml:space="preserve">Bank </w:t>
      </w:r>
      <w:proofErr w:type="spellStart"/>
      <w:r w:rsidRPr="00C07775">
        <w:rPr>
          <w:color w:val="333333"/>
          <w:sz w:val="16"/>
          <w:lang w:val="pl-PL"/>
        </w:rPr>
        <w:t>Name</w:t>
      </w:r>
      <w:proofErr w:type="spellEnd"/>
      <w:r w:rsidRPr="00C07775">
        <w:rPr>
          <w:color w:val="333333"/>
          <w:sz w:val="16"/>
          <w:lang w:val="pl-PL"/>
        </w:rPr>
        <w:t>:</w:t>
      </w:r>
      <w:r w:rsidR="003A701A">
        <w:rPr>
          <w:color w:val="333333"/>
          <w:sz w:val="16"/>
          <w:lang w:val="pl-PL"/>
        </w:rPr>
        <w:t xml:space="preserve"> </w:t>
      </w:r>
      <w:r w:rsidRPr="00C07775">
        <w:rPr>
          <w:color w:val="333333"/>
          <w:sz w:val="16"/>
          <w:lang w:val="pl-PL"/>
        </w:rPr>
        <w:t>Bank Polska Kasa Opieki S.A. (Pekao)</w:t>
      </w:r>
    </w:p>
    <w:p w14:paraId="78E836FC" w14:textId="52789815" w:rsidR="00C07775" w:rsidRPr="00C07775" w:rsidRDefault="00C07775" w:rsidP="00C07775">
      <w:pPr>
        <w:spacing w:after="60"/>
        <w:rPr>
          <w:rFonts w:hint="eastAsia"/>
          <w:color w:val="333333"/>
          <w:sz w:val="16"/>
        </w:rPr>
      </w:pPr>
      <w:r w:rsidRPr="00C07775">
        <w:rPr>
          <w:color w:val="333333"/>
          <w:sz w:val="16"/>
        </w:rPr>
        <w:t>IBAN:</w:t>
      </w:r>
      <w:r w:rsidR="003A701A">
        <w:rPr>
          <w:color w:val="333333"/>
          <w:sz w:val="16"/>
        </w:rPr>
        <w:t xml:space="preserve"> </w:t>
      </w:r>
      <w:r w:rsidRPr="00C07775">
        <w:rPr>
          <w:color w:val="333333"/>
          <w:sz w:val="16"/>
        </w:rPr>
        <w:t>PL 2412 4035 1019 7800 1168 0493 62</w:t>
      </w:r>
      <w:r>
        <w:rPr>
          <w:color w:val="333333"/>
          <w:sz w:val="16"/>
        </w:rPr>
        <w:t xml:space="preserve"> </w:t>
      </w:r>
      <w:r w:rsidRPr="00C07775">
        <w:rPr>
          <w:rFonts w:hint="eastAsia"/>
          <w:color w:val="333333"/>
          <w:sz w:val="16"/>
        </w:rPr>
        <w:t>(</w:t>
      </w:r>
      <w:proofErr w:type="spellStart"/>
      <w:r w:rsidRPr="00C07775">
        <w:rPr>
          <w:rFonts w:hint="eastAsia"/>
          <w:color w:val="333333"/>
          <w:sz w:val="16"/>
        </w:rPr>
        <w:t>请在账号前加上</w:t>
      </w:r>
      <w:proofErr w:type="spellEnd"/>
      <w:r w:rsidRPr="00C07775">
        <w:rPr>
          <w:rFonts w:hint="eastAsia"/>
          <w:color w:val="333333"/>
          <w:sz w:val="16"/>
        </w:rPr>
        <w:t xml:space="preserve"> PL)</w:t>
      </w:r>
    </w:p>
    <w:p w14:paraId="6BFA57AF" w14:textId="0039ED92" w:rsidR="00C07775" w:rsidRPr="003A701A" w:rsidRDefault="00C07775" w:rsidP="00C07775">
      <w:pPr>
        <w:spacing w:after="60"/>
        <w:rPr>
          <w:color w:val="333333"/>
          <w:sz w:val="16"/>
        </w:rPr>
      </w:pPr>
      <w:r w:rsidRPr="00C07775">
        <w:rPr>
          <w:color w:val="333333"/>
          <w:sz w:val="16"/>
        </w:rPr>
        <w:t>Account No.:</w:t>
      </w:r>
      <w:r w:rsidR="003A701A">
        <w:rPr>
          <w:color w:val="333333"/>
          <w:sz w:val="16"/>
        </w:rPr>
        <w:t xml:space="preserve"> </w:t>
      </w:r>
      <w:r w:rsidRPr="003A701A">
        <w:rPr>
          <w:color w:val="333333"/>
          <w:sz w:val="16"/>
        </w:rPr>
        <w:t>2412 4035 1019 7800 1168 0493 62</w:t>
      </w:r>
    </w:p>
    <w:p w14:paraId="0F0B8A59" w14:textId="5F611880" w:rsidR="00C07775" w:rsidRPr="00C07775" w:rsidRDefault="00C07775" w:rsidP="00C07775">
      <w:pPr>
        <w:spacing w:after="60"/>
        <w:rPr>
          <w:color w:val="333333"/>
          <w:sz w:val="16"/>
          <w:lang w:val="pl-PL"/>
        </w:rPr>
      </w:pPr>
      <w:r w:rsidRPr="00C07775">
        <w:rPr>
          <w:color w:val="333333"/>
          <w:sz w:val="16"/>
          <w:lang w:val="pl-PL"/>
        </w:rPr>
        <w:t>SWIFT:</w:t>
      </w:r>
      <w:r w:rsidR="003A701A">
        <w:rPr>
          <w:color w:val="333333"/>
          <w:sz w:val="16"/>
          <w:lang w:val="pl-PL"/>
        </w:rPr>
        <w:t xml:space="preserve"> </w:t>
      </w:r>
      <w:r w:rsidRPr="00C07775">
        <w:rPr>
          <w:color w:val="333333"/>
          <w:sz w:val="16"/>
          <w:lang w:val="pl-PL"/>
        </w:rPr>
        <w:t>PKOPPLPW</w:t>
      </w:r>
    </w:p>
    <w:p w14:paraId="5A1CFAE0" w14:textId="284D7A3E" w:rsidR="00DC5264" w:rsidRPr="003A701A" w:rsidRDefault="00C07775" w:rsidP="00C07775">
      <w:pPr>
        <w:spacing w:after="60"/>
        <w:rPr>
          <w:color w:val="333333"/>
          <w:sz w:val="16"/>
          <w:lang w:val="pl-PL"/>
        </w:rPr>
      </w:pPr>
      <w:r w:rsidRPr="00C07775">
        <w:rPr>
          <w:color w:val="333333"/>
          <w:sz w:val="16"/>
          <w:lang w:val="pl-PL"/>
        </w:rPr>
        <w:t xml:space="preserve">Bank </w:t>
      </w:r>
      <w:proofErr w:type="spellStart"/>
      <w:r w:rsidRPr="00C07775">
        <w:rPr>
          <w:color w:val="333333"/>
          <w:sz w:val="16"/>
          <w:lang w:val="pl-PL"/>
        </w:rPr>
        <w:t>Address</w:t>
      </w:r>
      <w:proofErr w:type="spellEnd"/>
      <w:r w:rsidR="003A701A">
        <w:rPr>
          <w:color w:val="333333"/>
          <w:sz w:val="16"/>
          <w:lang w:val="pl-PL"/>
        </w:rPr>
        <w:t xml:space="preserve">: </w:t>
      </w:r>
      <w:r w:rsidRPr="00C07775">
        <w:rPr>
          <w:color w:val="333333"/>
          <w:sz w:val="16"/>
          <w:lang w:val="pl-PL"/>
        </w:rPr>
        <w:t>ul. 10-go Lutego 8, Gdynia, Poland</w:t>
      </w:r>
    </w:p>
    <w:p w14:paraId="19431A76" w14:textId="77777777" w:rsidR="00AD4779" w:rsidRDefault="00000000">
      <w:pPr>
        <w:keepNext/>
        <w:spacing w:before="160" w:after="80"/>
      </w:pPr>
      <w:r>
        <w:rPr>
          <w:rFonts w:cs="Arial"/>
          <w:b/>
          <w:color w:val="8B1E1E"/>
          <w:sz w:val="21"/>
        </w:rPr>
        <w:t>7. Required attachments</w:t>
      </w:r>
      <w:r>
        <w:rPr>
          <w:rFonts w:cs="Arial"/>
          <w:b/>
          <w:color w:val="8B1E1E"/>
          <w:sz w:val="21"/>
        </w:rPr>
        <w:br/>
        <w:t xml:space="preserve">7. </w:t>
      </w:r>
      <w:r>
        <w:rPr>
          <w:rFonts w:cs="Arial"/>
          <w:b/>
          <w:color w:val="8B1E1E"/>
          <w:sz w:val="21"/>
        </w:rPr>
        <w:t>所需附件</w:t>
      </w:r>
    </w:p>
    <w:tbl>
      <w:tblPr>
        <w:tblW w:w="0" w:type="auto"/>
        <w:jc w:val="center"/>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Look w:val="04A0" w:firstRow="1" w:lastRow="0" w:firstColumn="1" w:lastColumn="0" w:noHBand="0" w:noVBand="1"/>
      </w:tblPr>
      <w:tblGrid>
        <w:gridCol w:w="9468"/>
      </w:tblGrid>
      <w:tr w:rsidR="00AD4779" w14:paraId="2A6C01B5" w14:textId="77777777">
        <w:trPr>
          <w:jc w:val="center"/>
        </w:trPr>
        <w:tc>
          <w:tcPr>
            <w:tcW w:w="9468" w:type="dxa"/>
            <w:tcMar>
              <w:top w:w="80" w:type="dxa"/>
              <w:left w:w="100" w:type="dxa"/>
              <w:bottom w:w="80" w:type="dxa"/>
              <w:right w:w="100" w:type="dxa"/>
            </w:tcMar>
            <w:vAlign w:val="center"/>
          </w:tcPr>
          <w:p w14:paraId="54646463" w14:textId="77777777" w:rsidR="00AD4779" w:rsidRDefault="00000000">
            <w:pPr>
              <w:spacing w:after="0" w:line="240" w:lineRule="auto"/>
            </w:pPr>
            <w:r>
              <w:rPr>
                <w:rFonts w:cs="Arial"/>
                <w:sz w:val="15"/>
              </w:rPr>
              <w:t>☐ document confirming authorization of the signatory, if not evident from the register</w:t>
            </w:r>
            <w:r>
              <w:rPr>
                <w:rFonts w:cs="Arial"/>
                <w:sz w:val="15"/>
              </w:rPr>
              <w:br/>
              <w:t xml:space="preserve">☐ </w:t>
            </w:r>
            <w:r>
              <w:rPr>
                <w:rFonts w:cs="Arial"/>
                <w:sz w:val="15"/>
              </w:rPr>
              <w:t>如登记文件无法证明签署权限，须提供授权证明文件</w:t>
            </w:r>
          </w:p>
        </w:tc>
      </w:tr>
      <w:tr w:rsidR="00AD4779" w14:paraId="30710AAE" w14:textId="77777777">
        <w:trPr>
          <w:jc w:val="center"/>
        </w:trPr>
        <w:tc>
          <w:tcPr>
            <w:tcW w:w="9468" w:type="dxa"/>
            <w:tcMar>
              <w:top w:w="80" w:type="dxa"/>
              <w:left w:w="100" w:type="dxa"/>
              <w:bottom w:w="80" w:type="dxa"/>
              <w:right w:w="100" w:type="dxa"/>
            </w:tcMar>
            <w:vAlign w:val="center"/>
          </w:tcPr>
          <w:p w14:paraId="0C8A4B22" w14:textId="77777777" w:rsidR="00AD4779" w:rsidRDefault="00000000">
            <w:pPr>
              <w:spacing w:after="0" w:line="240" w:lineRule="auto"/>
            </w:pPr>
            <w:r>
              <w:rPr>
                <w:rFonts w:cs="Arial"/>
                <w:sz w:val="15"/>
              </w:rPr>
              <w:t>☐ short company profile or presentation</w:t>
            </w:r>
            <w:r>
              <w:rPr>
                <w:rFonts w:cs="Arial"/>
                <w:sz w:val="15"/>
              </w:rPr>
              <w:br/>
              <w:t xml:space="preserve">☐ </w:t>
            </w:r>
            <w:r>
              <w:rPr>
                <w:rFonts w:cs="Arial"/>
                <w:sz w:val="15"/>
              </w:rPr>
              <w:t>公司简介或介绍材料</w:t>
            </w:r>
          </w:p>
        </w:tc>
      </w:tr>
      <w:tr w:rsidR="00AD4779" w14:paraId="2F33BD8C" w14:textId="77777777">
        <w:trPr>
          <w:jc w:val="center"/>
        </w:trPr>
        <w:tc>
          <w:tcPr>
            <w:tcW w:w="9468" w:type="dxa"/>
            <w:tcMar>
              <w:top w:w="80" w:type="dxa"/>
              <w:left w:w="100" w:type="dxa"/>
              <w:bottom w:w="80" w:type="dxa"/>
              <w:right w:w="100" w:type="dxa"/>
            </w:tcMar>
            <w:vAlign w:val="center"/>
          </w:tcPr>
          <w:p w14:paraId="7BB378F1" w14:textId="77777777" w:rsidR="00AD4779" w:rsidRDefault="00000000">
            <w:pPr>
              <w:spacing w:after="0" w:line="240" w:lineRule="auto"/>
            </w:pPr>
            <w:r>
              <w:rPr>
                <w:rFonts w:cs="Arial"/>
                <w:sz w:val="15"/>
              </w:rPr>
              <w:t>☐ copy of tax identification / registration document, where applicable</w:t>
            </w:r>
            <w:r>
              <w:rPr>
                <w:rFonts w:cs="Arial"/>
                <w:sz w:val="15"/>
              </w:rPr>
              <w:br/>
              <w:t xml:space="preserve">☐ </w:t>
            </w:r>
            <w:r>
              <w:rPr>
                <w:rFonts w:cs="Arial"/>
                <w:sz w:val="15"/>
              </w:rPr>
              <w:t>税务识别</w:t>
            </w:r>
            <w:r>
              <w:rPr>
                <w:rFonts w:cs="Arial"/>
                <w:sz w:val="15"/>
              </w:rPr>
              <w:t>/</w:t>
            </w:r>
            <w:r>
              <w:rPr>
                <w:rFonts w:cs="Arial"/>
                <w:sz w:val="15"/>
              </w:rPr>
              <w:t>注册文件副本（如适用）</w:t>
            </w:r>
          </w:p>
        </w:tc>
      </w:tr>
      <w:tr w:rsidR="00AD4779" w14:paraId="3F3AA2E9" w14:textId="77777777">
        <w:trPr>
          <w:jc w:val="center"/>
        </w:trPr>
        <w:tc>
          <w:tcPr>
            <w:tcW w:w="9468" w:type="dxa"/>
            <w:tcMar>
              <w:top w:w="80" w:type="dxa"/>
              <w:left w:w="100" w:type="dxa"/>
              <w:bottom w:w="80" w:type="dxa"/>
              <w:right w:w="100" w:type="dxa"/>
            </w:tcMar>
            <w:vAlign w:val="center"/>
          </w:tcPr>
          <w:p w14:paraId="6EFB7168" w14:textId="77777777" w:rsidR="00AD4779" w:rsidRDefault="00000000">
            <w:pPr>
              <w:spacing w:after="0" w:line="240" w:lineRule="auto"/>
            </w:pPr>
            <w:r>
              <w:rPr>
                <w:rFonts w:cs="Arial"/>
                <w:sz w:val="15"/>
              </w:rPr>
              <w:t>☐ additional documents requested by the Chamber, where justified</w:t>
            </w:r>
            <w:r>
              <w:rPr>
                <w:rFonts w:cs="Arial"/>
                <w:sz w:val="15"/>
              </w:rPr>
              <w:br/>
              <w:t xml:space="preserve">☐ </w:t>
            </w:r>
            <w:r>
              <w:rPr>
                <w:rFonts w:cs="Arial"/>
                <w:sz w:val="15"/>
              </w:rPr>
              <w:t>商会在有合理需要时要求的其他文件</w:t>
            </w:r>
          </w:p>
        </w:tc>
      </w:tr>
    </w:tbl>
    <w:p w14:paraId="47888F7F" w14:textId="77777777" w:rsidR="00AD4779" w:rsidRDefault="00000000">
      <w:pPr>
        <w:keepNext/>
        <w:spacing w:before="160" w:after="80"/>
      </w:pPr>
      <w:r>
        <w:rPr>
          <w:rFonts w:cs="Arial"/>
          <w:b/>
          <w:color w:val="8B1E1E"/>
          <w:sz w:val="21"/>
        </w:rPr>
        <w:t>8. Consents and communication preferences</w:t>
      </w:r>
      <w:r>
        <w:rPr>
          <w:rFonts w:cs="Arial"/>
          <w:b/>
          <w:color w:val="8B1E1E"/>
          <w:sz w:val="21"/>
        </w:rPr>
        <w:br/>
        <w:t xml:space="preserve">8. </w:t>
      </w:r>
      <w:r>
        <w:rPr>
          <w:rFonts w:cs="Arial"/>
          <w:b/>
          <w:color w:val="8B1E1E"/>
          <w:sz w:val="21"/>
        </w:rPr>
        <w:t>同意事项及通讯偏好</w:t>
      </w:r>
    </w:p>
    <w:p w14:paraId="5CF5E695" w14:textId="77777777" w:rsidR="00AD4779" w:rsidRDefault="00000000">
      <w:pPr>
        <w:spacing w:after="20" w:line="240" w:lineRule="auto"/>
      </w:pPr>
      <w:r>
        <w:rPr>
          <w:rFonts w:cs="Arial"/>
          <w:sz w:val="15"/>
        </w:rPr>
        <w:t>The following consents are voluntary. Refusal to grant optional marketing or promotional consents does not prevent submission of the membership application. Mandatory operational communication related to the application and membership may be sent on the basis of the Chamber’s legitimate interest or membership relationship.</w:t>
      </w:r>
    </w:p>
    <w:p w14:paraId="609BCE19" w14:textId="77777777" w:rsidR="00AD4779" w:rsidRDefault="00000000">
      <w:pPr>
        <w:spacing w:after="60" w:line="240" w:lineRule="auto"/>
      </w:pPr>
      <w:r>
        <w:rPr>
          <w:rFonts w:cs="Arial"/>
          <w:sz w:val="14"/>
        </w:rPr>
        <w:t>以下同意事项均为自愿。拒绝授予可选的营销或宣传同意不影响提交会员申请。与申请及会员关系有关的必要事务性通信，可基于本会的合法利益或会员关系进行发送。</w:t>
      </w:r>
    </w:p>
    <w:tbl>
      <w:tblPr>
        <w:tblW w:w="0" w:type="auto"/>
        <w:jc w:val="center"/>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Look w:val="04A0" w:firstRow="1" w:lastRow="0" w:firstColumn="1" w:lastColumn="0" w:noHBand="0" w:noVBand="1"/>
      </w:tblPr>
      <w:tblGrid>
        <w:gridCol w:w="9468"/>
      </w:tblGrid>
      <w:tr w:rsidR="00AD4779" w14:paraId="7E795421" w14:textId="77777777">
        <w:trPr>
          <w:jc w:val="center"/>
        </w:trPr>
        <w:tc>
          <w:tcPr>
            <w:tcW w:w="9468" w:type="dxa"/>
            <w:tcMar>
              <w:top w:w="80" w:type="dxa"/>
              <w:left w:w="100" w:type="dxa"/>
              <w:bottom w:w="80" w:type="dxa"/>
              <w:right w:w="100" w:type="dxa"/>
            </w:tcMar>
            <w:vAlign w:val="center"/>
          </w:tcPr>
          <w:p w14:paraId="543E8B78" w14:textId="77777777" w:rsidR="00AD4779" w:rsidRDefault="00000000">
            <w:pPr>
              <w:spacing w:after="0" w:line="240" w:lineRule="auto"/>
            </w:pPr>
            <w:r>
              <w:rPr>
                <w:rFonts w:cs="Arial"/>
                <w:sz w:val="15"/>
              </w:rPr>
              <w:t>☐ I agree to receive organizational information related to the Chamber and membership matters by electronic means.</w:t>
            </w:r>
            <w:r>
              <w:rPr>
                <w:rFonts w:cs="Arial"/>
                <w:sz w:val="15"/>
              </w:rPr>
              <w:br/>
              <w:t xml:space="preserve">☐ </w:t>
            </w:r>
            <w:r>
              <w:rPr>
                <w:rFonts w:cs="Arial"/>
                <w:sz w:val="15"/>
              </w:rPr>
              <w:t>本人同意通过电子方式接收与本会及会员事务有关的组织性信息。</w:t>
            </w:r>
          </w:p>
        </w:tc>
      </w:tr>
      <w:tr w:rsidR="00AD4779" w14:paraId="2725239D" w14:textId="77777777">
        <w:trPr>
          <w:jc w:val="center"/>
        </w:trPr>
        <w:tc>
          <w:tcPr>
            <w:tcW w:w="9468" w:type="dxa"/>
            <w:tcMar>
              <w:top w:w="80" w:type="dxa"/>
              <w:left w:w="100" w:type="dxa"/>
              <w:bottom w:w="80" w:type="dxa"/>
              <w:right w:w="100" w:type="dxa"/>
            </w:tcMar>
            <w:vAlign w:val="center"/>
          </w:tcPr>
          <w:p w14:paraId="0F9D7884" w14:textId="77777777" w:rsidR="00AD4779" w:rsidRDefault="00000000">
            <w:pPr>
              <w:spacing w:after="0" w:line="240" w:lineRule="auto"/>
            </w:pPr>
            <w:r>
              <w:rPr>
                <w:rFonts w:cs="Arial"/>
                <w:sz w:val="15"/>
              </w:rPr>
              <w:t>☐ I agree to receive newsletters, invitations and business information from the Chamber by e-mail.</w:t>
            </w:r>
            <w:r>
              <w:rPr>
                <w:rFonts w:cs="Arial"/>
                <w:sz w:val="15"/>
              </w:rPr>
              <w:br/>
              <w:t xml:space="preserve">☐ </w:t>
            </w:r>
            <w:r>
              <w:rPr>
                <w:rFonts w:cs="Arial"/>
                <w:sz w:val="15"/>
              </w:rPr>
              <w:t>本人同意通过电子邮件接收本会发送的新闻通讯、邀请函及商业信息。</w:t>
            </w:r>
          </w:p>
        </w:tc>
      </w:tr>
      <w:tr w:rsidR="00AD4779" w14:paraId="21C45CA0" w14:textId="77777777">
        <w:trPr>
          <w:jc w:val="center"/>
        </w:trPr>
        <w:tc>
          <w:tcPr>
            <w:tcW w:w="9468" w:type="dxa"/>
            <w:tcMar>
              <w:top w:w="80" w:type="dxa"/>
              <w:left w:w="100" w:type="dxa"/>
              <w:bottom w:w="80" w:type="dxa"/>
              <w:right w:w="100" w:type="dxa"/>
            </w:tcMar>
            <w:vAlign w:val="center"/>
          </w:tcPr>
          <w:p w14:paraId="56D418B3" w14:textId="77777777" w:rsidR="00AD4779" w:rsidRDefault="00000000">
            <w:pPr>
              <w:spacing w:after="0" w:line="240" w:lineRule="auto"/>
            </w:pPr>
            <w:r>
              <w:rPr>
                <w:rFonts w:cs="Arial"/>
                <w:sz w:val="15"/>
              </w:rPr>
              <w:t>☐ I agree to direct marketing communication from the Chamber by e-mail and telecommunications terminal equipment, where required under applicable Polish law.</w:t>
            </w:r>
            <w:r>
              <w:rPr>
                <w:rFonts w:cs="Arial"/>
                <w:sz w:val="15"/>
              </w:rPr>
              <w:br/>
              <w:t xml:space="preserve">☐ </w:t>
            </w:r>
            <w:r>
              <w:rPr>
                <w:rFonts w:cs="Arial"/>
                <w:sz w:val="15"/>
              </w:rPr>
              <w:t>本人同意在适用波兰法律要求的范围内，通过电子邮件及电信终端设备接收本会的直接营销通信。</w:t>
            </w:r>
          </w:p>
        </w:tc>
      </w:tr>
      <w:tr w:rsidR="00AD4779" w14:paraId="0CE02536" w14:textId="77777777">
        <w:trPr>
          <w:jc w:val="center"/>
        </w:trPr>
        <w:tc>
          <w:tcPr>
            <w:tcW w:w="9468" w:type="dxa"/>
            <w:tcMar>
              <w:top w:w="80" w:type="dxa"/>
              <w:left w:w="100" w:type="dxa"/>
              <w:bottom w:w="80" w:type="dxa"/>
              <w:right w:w="100" w:type="dxa"/>
            </w:tcMar>
            <w:vAlign w:val="center"/>
          </w:tcPr>
          <w:p w14:paraId="0522388D" w14:textId="77777777" w:rsidR="00AD4779" w:rsidRDefault="00000000">
            <w:pPr>
              <w:spacing w:after="0" w:line="240" w:lineRule="auto"/>
            </w:pPr>
            <w:r>
              <w:rPr>
                <w:rFonts w:cs="Arial"/>
                <w:sz w:val="15"/>
              </w:rPr>
              <w:t>☐ I agree to the publication of the applicant’s name, logo and public business description in Chamber membership lists, websites, presentations and promotional materials.</w:t>
            </w:r>
            <w:r>
              <w:rPr>
                <w:rFonts w:cs="Arial"/>
                <w:sz w:val="15"/>
              </w:rPr>
              <w:br/>
              <w:t xml:space="preserve">☐ </w:t>
            </w:r>
            <w:r>
              <w:rPr>
                <w:rFonts w:cs="Arial"/>
                <w:sz w:val="15"/>
              </w:rPr>
              <w:t>本人同意本会在会员名单、网站、演示文稿及宣传材料中公布申请人的名称、标识及公开业务简介。</w:t>
            </w:r>
          </w:p>
        </w:tc>
      </w:tr>
      <w:tr w:rsidR="00AD4779" w14:paraId="37E36F5A" w14:textId="77777777">
        <w:trPr>
          <w:jc w:val="center"/>
        </w:trPr>
        <w:tc>
          <w:tcPr>
            <w:tcW w:w="9468" w:type="dxa"/>
            <w:tcMar>
              <w:top w:w="80" w:type="dxa"/>
              <w:left w:w="100" w:type="dxa"/>
              <w:bottom w:w="80" w:type="dxa"/>
              <w:right w:w="100" w:type="dxa"/>
            </w:tcMar>
            <w:vAlign w:val="center"/>
          </w:tcPr>
          <w:p w14:paraId="0E002DA3" w14:textId="77777777" w:rsidR="00AD4779" w:rsidRDefault="00000000">
            <w:pPr>
              <w:spacing w:after="0" w:line="240" w:lineRule="auto"/>
            </w:pPr>
            <w:r>
              <w:rPr>
                <w:rFonts w:cs="Arial"/>
                <w:sz w:val="15"/>
              </w:rPr>
              <w:t>☐ I agree to being contacted regarding business matchmaking opportunities consistent with the areas of cooperation selected in this application.</w:t>
            </w:r>
            <w:r>
              <w:rPr>
                <w:rFonts w:cs="Arial"/>
                <w:sz w:val="15"/>
              </w:rPr>
              <w:br/>
              <w:t xml:space="preserve">☐ </w:t>
            </w:r>
            <w:r>
              <w:rPr>
                <w:rFonts w:cs="Arial"/>
                <w:sz w:val="15"/>
              </w:rPr>
              <w:t>本人同意就与本申请中所选合作领域相符的商务对接机会接受联系。</w:t>
            </w:r>
          </w:p>
        </w:tc>
      </w:tr>
    </w:tbl>
    <w:p w14:paraId="2B339ED2" w14:textId="77777777" w:rsidR="00AD4779" w:rsidRDefault="00000000">
      <w:pPr>
        <w:keepNext/>
        <w:spacing w:before="160" w:after="80"/>
      </w:pPr>
      <w:r>
        <w:rPr>
          <w:rFonts w:cs="Arial"/>
          <w:b/>
          <w:color w:val="8B1E1E"/>
          <w:sz w:val="21"/>
        </w:rPr>
        <w:t>9. Signature</w:t>
      </w:r>
      <w:r>
        <w:rPr>
          <w:rFonts w:cs="Arial"/>
          <w:b/>
          <w:color w:val="8B1E1E"/>
          <w:sz w:val="21"/>
        </w:rPr>
        <w:br/>
        <w:t xml:space="preserve">9. </w:t>
      </w:r>
      <w:r>
        <w:rPr>
          <w:rFonts w:cs="Arial"/>
          <w:b/>
          <w:color w:val="8B1E1E"/>
          <w:sz w:val="21"/>
        </w:rPr>
        <w:t>签署</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3628"/>
        <w:gridCol w:w="5840"/>
      </w:tblGrid>
      <w:tr w:rsidR="00AD4779" w14:paraId="5AECC66E" w14:textId="77777777">
        <w:trPr>
          <w:jc w:val="center"/>
        </w:trPr>
        <w:tc>
          <w:tcPr>
            <w:tcW w:w="3628" w:type="dxa"/>
            <w:shd w:val="clear" w:color="auto" w:fill="8B1E1E"/>
            <w:tcMar>
              <w:top w:w="80" w:type="dxa"/>
              <w:left w:w="100" w:type="dxa"/>
              <w:bottom w:w="80" w:type="dxa"/>
              <w:right w:w="100" w:type="dxa"/>
            </w:tcMar>
            <w:vAlign w:val="center"/>
          </w:tcPr>
          <w:p w14:paraId="7660B0EF" w14:textId="77777777" w:rsidR="00AD4779" w:rsidRDefault="00000000">
            <w:pPr>
              <w:spacing w:after="0" w:line="240" w:lineRule="auto"/>
            </w:pPr>
            <w:r>
              <w:rPr>
                <w:rFonts w:cs="Arial"/>
                <w:b/>
                <w:color w:val="FFFFFF"/>
                <w:sz w:val="16"/>
              </w:rPr>
              <w:t xml:space="preserve">Field / </w:t>
            </w:r>
            <w:r>
              <w:rPr>
                <w:rFonts w:cs="Arial"/>
                <w:b/>
                <w:color w:val="FFFFFF"/>
                <w:sz w:val="16"/>
              </w:rPr>
              <w:t>字段</w:t>
            </w:r>
          </w:p>
        </w:tc>
        <w:tc>
          <w:tcPr>
            <w:tcW w:w="5840" w:type="dxa"/>
            <w:shd w:val="clear" w:color="auto" w:fill="8B1E1E"/>
            <w:tcMar>
              <w:top w:w="80" w:type="dxa"/>
              <w:left w:w="100" w:type="dxa"/>
              <w:bottom w:w="80" w:type="dxa"/>
              <w:right w:w="100" w:type="dxa"/>
            </w:tcMar>
            <w:vAlign w:val="center"/>
          </w:tcPr>
          <w:p w14:paraId="7670A813" w14:textId="77777777" w:rsidR="00AD4779" w:rsidRDefault="00000000">
            <w:pPr>
              <w:spacing w:after="0" w:line="240" w:lineRule="auto"/>
            </w:pPr>
            <w:r>
              <w:rPr>
                <w:rFonts w:cs="Arial"/>
                <w:b/>
                <w:color w:val="FFFFFF"/>
                <w:sz w:val="16"/>
              </w:rPr>
              <w:t xml:space="preserve">To be completed / </w:t>
            </w:r>
            <w:r>
              <w:rPr>
                <w:rFonts w:cs="Arial"/>
                <w:b/>
                <w:color w:val="FFFFFF"/>
                <w:sz w:val="16"/>
              </w:rPr>
              <w:t>填写内容</w:t>
            </w:r>
          </w:p>
        </w:tc>
      </w:tr>
      <w:tr w:rsidR="00AD4779" w14:paraId="52129AD5" w14:textId="77777777">
        <w:trPr>
          <w:jc w:val="center"/>
        </w:trPr>
        <w:tc>
          <w:tcPr>
            <w:tcW w:w="3628" w:type="dxa"/>
            <w:tcMar>
              <w:top w:w="80" w:type="dxa"/>
              <w:left w:w="100" w:type="dxa"/>
              <w:bottom w:w="80" w:type="dxa"/>
              <w:right w:w="100" w:type="dxa"/>
            </w:tcMar>
            <w:vAlign w:val="center"/>
          </w:tcPr>
          <w:p w14:paraId="48854898" w14:textId="77777777" w:rsidR="00AD4779" w:rsidRDefault="00000000">
            <w:pPr>
              <w:spacing w:after="0" w:line="240" w:lineRule="auto"/>
            </w:pPr>
            <w:r>
              <w:rPr>
                <w:rFonts w:cs="Arial"/>
                <w:sz w:val="15"/>
              </w:rPr>
              <w:t>Place and date</w:t>
            </w:r>
            <w:r>
              <w:rPr>
                <w:rFonts w:cs="Arial"/>
                <w:sz w:val="15"/>
              </w:rPr>
              <w:br/>
            </w:r>
            <w:r>
              <w:rPr>
                <w:rFonts w:cs="Arial"/>
                <w:sz w:val="15"/>
              </w:rPr>
              <w:t>地点和日期</w:t>
            </w:r>
          </w:p>
        </w:tc>
        <w:tc>
          <w:tcPr>
            <w:tcW w:w="5840" w:type="dxa"/>
            <w:tcMar>
              <w:top w:w="80" w:type="dxa"/>
              <w:left w:w="100" w:type="dxa"/>
              <w:bottom w:w="80" w:type="dxa"/>
              <w:right w:w="100" w:type="dxa"/>
            </w:tcMar>
            <w:vAlign w:val="center"/>
          </w:tcPr>
          <w:p w14:paraId="3C3ED8DE" w14:textId="77777777" w:rsidR="00AD4779" w:rsidRDefault="00000000">
            <w:pPr>
              <w:spacing w:after="0" w:line="240" w:lineRule="auto"/>
            </w:pPr>
            <w:r>
              <w:rPr>
                <w:rFonts w:cs="Arial"/>
                <w:color w:val="666666"/>
                <w:sz w:val="15"/>
              </w:rPr>
              <w:t>....................................................................................................</w:t>
            </w:r>
          </w:p>
        </w:tc>
      </w:tr>
      <w:tr w:rsidR="00AD4779" w14:paraId="1A6CFFCE" w14:textId="77777777">
        <w:trPr>
          <w:jc w:val="center"/>
        </w:trPr>
        <w:tc>
          <w:tcPr>
            <w:tcW w:w="3628" w:type="dxa"/>
            <w:tcMar>
              <w:top w:w="80" w:type="dxa"/>
              <w:left w:w="100" w:type="dxa"/>
              <w:bottom w:w="80" w:type="dxa"/>
              <w:right w:w="100" w:type="dxa"/>
            </w:tcMar>
            <w:vAlign w:val="center"/>
          </w:tcPr>
          <w:p w14:paraId="2ECAC395" w14:textId="77777777" w:rsidR="00AD4779" w:rsidRDefault="00000000">
            <w:pPr>
              <w:spacing w:after="0" w:line="240" w:lineRule="auto"/>
            </w:pPr>
            <w:r>
              <w:rPr>
                <w:rFonts w:cs="Arial"/>
                <w:sz w:val="15"/>
              </w:rPr>
              <w:t>Full name of authorized signatory</w:t>
            </w:r>
            <w:r>
              <w:rPr>
                <w:rFonts w:cs="Arial"/>
                <w:sz w:val="15"/>
              </w:rPr>
              <w:br/>
            </w:r>
            <w:r>
              <w:rPr>
                <w:rFonts w:cs="Arial"/>
                <w:sz w:val="15"/>
              </w:rPr>
              <w:t>授权签署人姓名</w:t>
            </w:r>
          </w:p>
        </w:tc>
        <w:tc>
          <w:tcPr>
            <w:tcW w:w="5840" w:type="dxa"/>
            <w:tcMar>
              <w:top w:w="80" w:type="dxa"/>
              <w:left w:w="100" w:type="dxa"/>
              <w:bottom w:w="80" w:type="dxa"/>
              <w:right w:w="100" w:type="dxa"/>
            </w:tcMar>
            <w:vAlign w:val="center"/>
          </w:tcPr>
          <w:p w14:paraId="33BDFBAE" w14:textId="77777777" w:rsidR="00AD4779" w:rsidRDefault="00000000">
            <w:pPr>
              <w:spacing w:after="0" w:line="240" w:lineRule="auto"/>
            </w:pPr>
            <w:r>
              <w:rPr>
                <w:rFonts w:cs="Arial"/>
                <w:color w:val="666666"/>
                <w:sz w:val="15"/>
              </w:rPr>
              <w:t>....................................................................................................</w:t>
            </w:r>
          </w:p>
        </w:tc>
      </w:tr>
      <w:tr w:rsidR="00AD4779" w14:paraId="778DD368" w14:textId="77777777">
        <w:trPr>
          <w:jc w:val="center"/>
        </w:trPr>
        <w:tc>
          <w:tcPr>
            <w:tcW w:w="3628" w:type="dxa"/>
            <w:tcMar>
              <w:top w:w="80" w:type="dxa"/>
              <w:left w:w="100" w:type="dxa"/>
              <w:bottom w:w="80" w:type="dxa"/>
              <w:right w:w="100" w:type="dxa"/>
            </w:tcMar>
            <w:vAlign w:val="center"/>
          </w:tcPr>
          <w:p w14:paraId="629E4126" w14:textId="77777777" w:rsidR="00AD4779" w:rsidRDefault="00000000">
            <w:pPr>
              <w:spacing w:after="0" w:line="240" w:lineRule="auto"/>
            </w:pPr>
            <w:r>
              <w:rPr>
                <w:rFonts w:cs="Arial"/>
                <w:sz w:val="15"/>
              </w:rPr>
              <w:t>Position / capacity</w:t>
            </w:r>
            <w:r>
              <w:rPr>
                <w:rFonts w:cs="Arial"/>
                <w:sz w:val="15"/>
              </w:rPr>
              <w:br/>
            </w:r>
            <w:r>
              <w:rPr>
                <w:rFonts w:cs="Arial"/>
                <w:sz w:val="15"/>
              </w:rPr>
              <w:t>职务</w:t>
            </w:r>
            <w:r>
              <w:rPr>
                <w:rFonts w:cs="Arial"/>
                <w:sz w:val="15"/>
              </w:rPr>
              <w:t>/</w:t>
            </w:r>
            <w:r>
              <w:rPr>
                <w:rFonts w:cs="Arial"/>
                <w:sz w:val="15"/>
              </w:rPr>
              <w:t>身份</w:t>
            </w:r>
          </w:p>
        </w:tc>
        <w:tc>
          <w:tcPr>
            <w:tcW w:w="5840" w:type="dxa"/>
            <w:tcMar>
              <w:top w:w="80" w:type="dxa"/>
              <w:left w:w="100" w:type="dxa"/>
              <w:bottom w:w="80" w:type="dxa"/>
              <w:right w:w="100" w:type="dxa"/>
            </w:tcMar>
            <w:vAlign w:val="center"/>
          </w:tcPr>
          <w:p w14:paraId="6C363B4C" w14:textId="77777777" w:rsidR="00AD4779" w:rsidRDefault="00000000">
            <w:pPr>
              <w:spacing w:after="0" w:line="240" w:lineRule="auto"/>
            </w:pPr>
            <w:r>
              <w:rPr>
                <w:rFonts w:cs="Arial"/>
                <w:color w:val="666666"/>
                <w:sz w:val="15"/>
              </w:rPr>
              <w:t>....................................................................................................</w:t>
            </w:r>
          </w:p>
        </w:tc>
      </w:tr>
      <w:tr w:rsidR="00AD4779" w14:paraId="02C0A50D" w14:textId="77777777">
        <w:trPr>
          <w:jc w:val="center"/>
        </w:trPr>
        <w:tc>
          <w:tcPr>
            <w:tcW w:w="3628" w:type="dxa"/>
            <w:tcMar>
              <w:top w:w="80" w:type="dxa"/>
              <w:left w:w="100" w:type="dxa"/>
              <w:bottom w:w="80" w:type="dxa"/>
              <w:right w:w="100" w:type="dxa"/>
            </w:tcMar>
            <w:vAlign w:val="center"/>
          </w:tcPr>
          <w:p w14:paraId="16F44647" w14:textId="77777777" w:rsidR="00AD4779" w:rsidRDefault="00000000">
            <w:pPr>
              <w:spacing w:after="0" w:line="240" w:lineRule="auto"/>
            </w:pPr>
            <w:r>
              <w:rPr>
                <w:rFonts w:cs="Arial"/>
                <w:sz w:val="15"/>
              </w:rPr>
              <w:t>Legal basis of representation / power of attorney</w:t>
            </w:r>
            <w:r>
              <w:rPr>
                <w:rFonts w:cs="Arial"/>
                <w:sz w:val="15"/>
              </w:rPr>
              <w:br/>
            </w:r>
            <w:r>
              <w:rPr>
                <w:rFonts w:cs="Arial"/>
                <w:sz w:val="15"/>
              </w:rPr>
              <w:t>代表权限依据</w:t>
            </w:r>
            <w:r>
              <w:rPr>
                <w:rFonts w:cs="Arial"/>
                <w:sz w:val="15"/>
              </w:rPr>
              <w:t>/</w:t>
            </w:r>
            <w:r>
              <w:rPr>
                <w:rFonts w:cs="Arial"/>
                <w:sz w:val="15"/>
              </w:rPr>
              <w:t>授权委托书</w:t>
            </w:r>
          </w:p>
        </w:tc>
        <w:tc>
          <w:tcPr>
            <w:tcW w:w="5840" w:type="dxa"/>
            <w:tcMar>
              <w:top w:w="80" w:type="dxa"/>
              <w:left w:w="100" w:type="dxa"/>
              <w:bottom w:w="80" w:type="dxa"/>
              <w:right w:w="100" w:type="dxa"/>
            </w:tcMar>
            <w:vAlign w:val="center"/>
          </w:tcPr>
          <w:p w14:paraId="3438D142" w14:textId="77777777" w:rsidR="00AD4779" w:rsidRDefault="00000000">
            <w:pPr>
              <w:spacing w:after="0" w:line="240" w:lineRule="auto"/>
            </w:pPr>
            <w:r>
              <w:rPr>
                <w:rFonts w:cs="Arial"/>
                <w:color w:val="666666"/>
                <w:sz w:val="15"/>
              </w:rPr>
              <w:t>....................................................................................................</w:t>
            </w:r>
          </w:p>
        </w:tc>
      </w:tr>
      <w:tr w:rsidR="00AD4779" w14:paraId="01B2D114" w14:textId="77777777">
        <w:trPr>
          <w:jc w:val="center"/>
        </w:trPr>
        <w:tc>
          <w:tcPr>
            <w:tcW w:w="3628" w:type="dxa"/>
            <w:tcMar>
              <w:top w:w="80" w:type="dxa"/>
              <w:left w:w="100" w:type="dxa"/>
              <w:bottom w:w="80" w:type="dxa"/>
              <w:right w:w="100" w:type="dxa"/>
            </w:tcMar>
            <w:vAlign w:val="center"/>
          </w:tcPr>
          <w:p w14:paraId="33888F8F" w14:textId="77777777" w:rsidR="00AD4779" w:rsidRDefault="00000000">
            <w:pPr>
              <w:spacing w:after="0" w:line="240" w:lineRule="auto"/>
            </w:pPr>
            <w:r>
              <w:rPr>
                <w:rFonts w:cs="Arial"/>
                <w:sz w:val="15"/>
              </w:rPr>
              <w:lastRenderedPageBreak/>
              <w:t>Signature</w:t>
            </w:r>
            <w:r>
              <w:rPr>
                <w:rFonts w:cs="Arial"/>
                <w:sz w:val="15"/>
              </w:rPr>
              <w:br/>
            </w:r>
            <w:r>
              <w:rPr>
                <w:rFonts w:cs="Arial"/>
                <w:sz w:val="15"/>
              </w:rPr>
              <w:t>签名</w:t>
            </w:r>
          </w:p>
        </w:tc>
        <w:tc>
          <w:tcPr>
            <w:tcW w:w="5840" w:type="dxa"/>
            <w:tcMar>
              <w:top w:w="80" w:type="dxa"/>
              <w:left w:w="100" w:type="dxa"/>
              <w:bottom w:w="80" w:type="dxa"/>
              <w:right w:w="100" w:type="dxa"/>
            </w:tcMar>
            <w:vAlign w:val="center"/>
          </w:tcPr>
          <w:p w14:paraId="18F81E65" w14:textId="77777777" w:rsidR="00AD4779" w:rsidRDefault="00000000">
            <w:pPr>
              <w:spacing w:after="0" w:line="240" w:lineRule="auto"/>
            </w:pPr>
            <w:r>
              <w:rPr>
                <w:rFonts w:cs="Arial"/>
                <w:color w:val="666666"/>
                <w:sz w:val="15"/>
              </w:rPr>
              <w:t>....................................................................................................</w:t>
            </w:r>
            <w:r>
              <w:rPr>
                <w:rFonts w:cs="Arial"/>
                <w:color w:val="666666"/>
                <w:sz w:val="15"/>
              </w:rPr>
              <w:br/>
              <w:t>....................................................................................................</w:t>
            </w:r>
          </w:p>
        </w:tc>
      </w:tr>
      <w:tr w:rsidR="00AD4779" w14:paraId="35490004" w14:textId="77777777">
        <w:trPr>
          <w:jc w:val="center"/>
        </w:trPr>
        <w:tc>
          <w:tcPr>
            <w:tcW w:w="3628" w:type="dxa"/>
            <w:tcMar>
              <w:top w:w="80" w:type="dxa"/>
              <w:left w:w="100" w:type="dxa"/>
              <w:bottom w:w="80" w:type="dxa"/>
              <w:right w:w="100" w:type="dxa"/>
            </w:tcMar>
            <w:vAlign w:val="center"/>
          </w:tcPr>
          <w:p w14:paraId="440B8B36" w14:textId="77777777" w:rsidR="00AD4779" w:rsidRDefault="00000000">
            <w:pPr>
              <w:spacing w:after="0" w:line="240" w:lineRule="auto"/>
            </w:pPr>
            <w:r>
              <w:rPr>
                <w:rFonts w:cs="Arial"/>
                <w:sz w:val="15"/>
              </w:rPr>
              <w:t>Company stamp, if used</w:t>
            </w:r>
            <w:r>
              <w:rPr>
                <w:rFonts w:cs="Arial"/>
                <w:sz w:val="15"/>
              </w:rPr>
              <w:br/>
            </w:r>
            <w:r>
              <w:rPr>
                <w:rFonts w:cs="Arial"/>
                <w:sz w:val="15"/>
              </w:rPr>
              <w:t>公司印章（如适用）</w:t>
            </w:r>
          </w:p>
        </w:tc>
        <w:tc>
          <w:tcPr>
            <w:tcW w:w="5840" w:type="dxa"/>
            <w:tcMar>
              <w:top w:w="80" w:type="dxa"/>
              <w:left w:w="100" w:type="dxa"/>
              <w:bottom w:w="80" w:type="dxa"/>
              <w:right w:w="100" w:type="dxa"/>
            </w:tcMar>
            <w:vAlign w:val="center"/>
          </w:tcPr>
          <w:p w14:paraId="09E87123" w14:textId="77777777" w:rsidR="00AD4779" w:rsidRDefault="00000000">
            <w:pPr>
              <w:spacing w:after="0" w:line="240" w:lineRule="auto"/>
            </w:pPr>
            <w:r>
              <w:rPr>
                <w:rFonts w:cs="Arial"/>
                <w:color w:val="666666"/>
                <w:sz w:val="15"/>
              </w:rPr>
              <w:t>....................................................................................................</w:t>
            </w:r>
            <w:r>
              <w:rPr>
                <w:rFonts w:cs="Arial"/>
                <w:color w:val="666666"/>
                <w:sz w:val="15"/>
              </w:rPr>
              <w:br/>
              <w:t>....................................................................................................</w:t>
            </w:r>
          </w:p>
        </w:tc>
      </w:tr>
    </w:tbl>
    <w:p w14:paraId="4C926B0D" w14:textId="77777777" w:rsidR="00AD4779" w:rsidRDefault="00000000">
      <w:pPr>
        <w:spacing w:after="20" w:line="240" w:lineRule="auto"/>
      </w:pPr>
      <w:r>
        <w:rPr>
          <w:rFonts w:cs="Arial"/>
          <w:i/>
          <w:sz w:val="14"/>
        </w:rPr>
        <w:t>By signing this application, the signatory confirms that all declarations and consents selected above have been made knowingly and voluntarily, and that the applicant has reviewed the legal note and data protection notice included in this document.</w:t>
      </w:r>
    </w:p>
    <w:p w14:paraId="2821A425" w14:textId="77777777" w:rsidR="00AD4779" w:rsidRDefault="00000000">
      <w:pPr>
        <w:spacing w:after="60" w:line="240" w:lineRule="auto"/>
      </w:pPr>
      <w:r>
        <w:rPr>
          <w:rFonts w:cs="Arial"/>
          <w:i/>
          <w:sz w:val="14"/>
        </w:rPr>
        <w:t>签署本申请即表示签署人确认上述声明及所勾选的同意事项均为知情、自愿作出，并且申请人已阅读本文件中的法律说明及数据保护告知。</w:t>
      </w:r>
    </w:p>
    <w:p w14:paraId="2DA2F1CA" w14:textId="77777777" w:rsidR="00AD4779" w:rsidRDefault="00000000">
      <w:pPr>
        <w:keepNext/>
        <w:spacing w:before="160" w:after="80"/>
      </w:pPr>
      <w:r>
        <w:rPr>
          <w:rFonts w:cs="Arial"/>
          <w:b/>
          <w:color w:val="8B1E1E"/>
          <w:sz w:val="21"/>
        </w:rPr>
        <w:t>10. Data protection notice</w:t>
      </w:r>
      <w:r>
        <w:rPr>
          <w:rFonts w:cs="Arial"/>
          <w:b/>
          <w:color w:val="8B1E1E"/>
          <w:sz w:val="21"/>
        </w:rPr>
        <w:br/>
        <w:t xml:space="preserve">10. </w:t>
      </w:r>
      <w:r>
        <w:rPr>
          <w:rFonts w:cs="Arial"/>
          <w:b/>
          <w:color w:val="8B1E1E"/>
          <w:sz w:val="21"/>
        </w:rPr>
        <w:t>数据保护告知</w:t>
      </w:r>
    </w:p>
    <w:p w14:paraId="5F229DC2" w14:textId="77777777" w:rsidR="00AD4779" w:rsidRDefault="00000000">
      <w:pPr>
        <w:spacing w:before="80" w:after="20"/>
      </w:pPr>
      <w:r>
        <w:rPr>
          <w:rFonts w:cs="Arial"/>
          <w:b/>
          <w:color w:val="8B1E1E"/>
          <w:sz w:val="16"/>
        </w:rPr>
        <w:t xml:space="preserve">Controller / </w:t>
      </w:r>
      <w:r>
        <w:rPr>
          <w:rFonts w:cs="Arial"/>
          <w:b/>
          <w:color w:val="8B1E1E"/>
          <w:sz w:val="16"/>
        </w:rPr>
        <w:t>个人数据控制者</w:t>
      </w:r>
    </w:p>
    <w:p w14:paraId="4E0B1157" w14:textId="77777777" w:rsidR="00AD4779" w:rsidRDefault="00000000">
      <w:pPr>
        <w:spacing w:after="20" w:line="240" w:lineRule="auto"/>
      </w:pPr>
      <w:r>
        <w:rPr>
          <w:rFonts w:cs="Arial"/>
          <w:sz w:val="15"/>
        </w:rPr>
        <w:t>The controller of personal data is the Polish-Chinese Chamber of Industry and Commerce with its registered seat at ul. Świętojańska 46/8, 81-393 Gdynia, Poland.</w:t>
      </w:r>
    </w:p>
    <w:p w14:paraId="19A505BB" w14:textId="77777777" w:rsidR="00AD4779" w:rsidRDefault="00000000">
      <w:pPr>
        <w:spacing w:after="40" w:line="240" w:lineRule="auto"/>
      </w:pPr>
      <w:r>
        <w:rPr>
          <w:rFonts w:cs="Arial"/>
          <w:sz w:val="15"/>
        </w:rPr>
        <w:t>个人数据控制者为波中工商业联合会，注册地址：</w:t>
      </w:r>
      <w:r>
        <w:rPr>
          <w:rFonts w:cs="Arial"/>
          <w:sz w:val="15"/>
        </w:rPr>
        <w:t>ul. Świętojańska 46/8, 81-393 Gdynia, Poland</w:t>
      </w:r>
      <w:r>
        <w:rPr>
          <w:rFonts w:cs="Arial"/>
          <w:sz w:val="15"/>
        </w:rPr>
        <w:t>。</w:t>
      </w:r>
    </w:p>
    <w:p w14:paraId="6AD9A994" w14:textId="77777777" w:rsidR="00AD4779" w:rsidRDefault="00000000">
      <w:pPr>
        <w:spacing w:before="80" w:after="20"/>
      </w:pPr>
      <w:r>
        <w:rPr>
          <w:rFonts w:cs="Arial"/>
          <w:b/>
          <w:color w:val="8B1E1E"/>
          <w:sz w:val="16"/>
        </w:rPr>
        <w:t xml:space="preserve">Categories of data / </w:t>
      </w:r>
      <w:r>
        <w:rPr>
          <w:rFonts w:cs="Arial"/>
          <w:b/>
          <w:color w:val="8B1E1E"/>
          <w:sz w:val="16"/>
        </w:rPr>
        <w:t>数据类别</w:t>
      </w:r>
    </w:p>
    <w:p w14:paraId="3B4B7A04" w14:textId="77777777" w:rsidR="00AD4779" w:rsidRDefault="00000000">
      <w:pPr>
        <w:spacing w:after="20" w:line="240" w:lineRule="auto"/>
      </w:pPr>
      <w:r>
        <w:rPr>
          <w:rFonts w:cs="Arial"/>
          <w:sz w:val="15"/>
        </w:rPr>
        <w:t>Identification data, contact data, professional position, representation data and other data provided in this application or attached documents.</w:t>
      </w:r>
    </w:p>
    <w:p w14:paraId="5994D0FB" w14:textId="77777777" w:rsidR="00AD4779" w:rsidRDefault="00000000">
      <w:pPr>
        <w:spacing w:after="40" w:line="240" w:lineRule="auto"/>
      </w:pPr>
      <w:r>
        <w:rPr>
          <w:rFonts w:cs="Arial"/>
          <w:sz w:val="15"/>
        </w:rPr>
        <w:t>身份识别数据、联系方式、职务信息、代表权限信息以及本申请或附件中提供的其他数据。</w:t>
      </w:r>
    </w:p>
    <w:p w14:paraId="3D220BBE" w14:textId="77777777" w:rsidR="00AD4779" w:rsidRDefault="00000000">
      <w:pPr>
        <w:spacing w:before="80" w:after="20"/>
      </w:pPr>
      <w:r>
        <w:rPr>
          <w:rFonts w:cs="Arial"/>
          <w:b/>
          <w:color w:val="8B1E1E"/>
          <w:sz w:val="16"/>
        </w:rPr>
        <w:t xml:space="preserve">Purposes / </w:t>
      </w:r>
      <w:r>
        <w:rPr>
          <w:rFonts w:cs="Arial"/>
          <w:b/>
          <w:color w:val="8B1E1E"/>
          <w:sz w:val="16"/>
        </w:rPr>
        <w:t>处理目的</w:t>
      </w:r>
    </w:p>
    <w:p w14:paraId="5E295AB4" w14:textId="77777777" w:rsidR="00AD4779" w:rsidRDefault="00000000">
      <w:pPr>
        <w:spacing w:after="20" w:line="240" w:lineRule="auto"/>
      </w:pPr>
      <w:r>
        <w:rPr>
          <w:rFonts w:cs="Arial"/>
          <w:sz w:val="15"/>
        </w:rPr>
        <w:t>Processing the application, verifying membership eligibility, managing membership, maintaining communication, organizing Chamber activities and fulfilling legal or statutory obligations.</w:t>
      </w:r>
    </w:p>
    <w:p w14:paraId="73898DB2" w14:textId="77777777" w:rsidR="00AD4779" w:rsidRDefault="00000000">
      <w:pPr>
        <w:spacing w:after="40" w:line="240" w:lineRule="auto"/>
      </w:pPr>
      <w:r>
        <w:rPr>
          <w:rFonts w:cs="Arial"/>
          <w:sz w:val="15"/>
        </w:rPr>
        <w:t>处理入会申请、核验会员资格、管理会员关系、保持联系、组织商会活动，以及履行法律或章程义务。</w:t>
      </w:r>
    </w:p>
    <w:p w14:paraId="7F0DCB7D" w14:textId="77777777" w:rsidR="00AD4779" w:rsidRDefault="00000000">
      <w:pPr>
        <w:spacing w:before="80" w:after="20"/>
      </w:pPr>
      <w:r>
        <w:rPr>
          <w:rFonts w:cs="Arial"/>
          <w:b/>
          <w:color w:val="8B1E1E"/>
          <w:sz w:val="16"/>
        </w:rPr>
        <w:t xml:space="preserve">Legal bases / </w:t>
      </w:r>
      <w:r>
        <w:rPr>
          <w:rFonts w:cs="Arial"/>
          <w:b/>
          <w:color w:val="8B1E1E"/>
          <w:sz w:val="16"/>
        </w:rPr>
        <w:t>法律依据</w:t>
      </w:r>
    </w:p>
    <w:p w14:paraId="4F4474EB" w14:textId="77777777" w:rsidR="00AD4779" w:rsidRDefault="00000000">
      <w:pPr>
        <w:spacing w:after="20" w:line="240" w:lineRule="auto"/>
      </w:pPr>
      <w:r>
        <w:rPr>
          <w:rFonts w:cs="Arial"/>
          <w:sz w:val="15"/>
        </w:rPr>
        <w:t>Article 6(1)(b), Article 6(1)(c), Article 6(1)(f) and, for optional consents, Article 6(1)(a) GDPR.</w:t>
      </w:r>
    </w:p>
    <w:p w14:paraId="1046349D" w14:textId="77777777" w:rsidR="00AD4779" w:rsidRDefault="00000000">
      <w:pPr>
        <w:spacing w:after="40" w:line="240" w:lineRule="auto"/>
      </w:pPr>
      <w:r>
        <w:rPr>
          <w:rFonts w:cs="Arial"/>
          <w:sz w:val="15"/>
        </w:rPr>
        <w:t>《通用数据保护条例》（</w:t>
      </w:r>
      <w:r>
        <w:rPr>
          <w:rFonts w:cs="Arial"/>
          <w:sz w:val="15"/>
        </w:rPr>
        <w:t>GDPR</w:t>
      </w:r>
      <w:r>
        <w:rPr>
          <w:rFonts w:cs="Arial"/>
          <w:sz w:val="15"/>
        </w:rPr>
        <w:t>）第</w:t>
      </w:r>
      <w:r>
        <w:rPr>
          <w:rFonts w:cs="Arial"/>
          <w:sz w:val="15"/>
        </w:rPr>
        <w:t>6</w:t>
      </w:r>
      <w:r>
        <w:rPr>
          <w:rFonts w:cs="Arial"/>
          <w:sz w:val="15"/>
        </w:rPr>
        <w:t>条第</w:t>
      </w:r>
      <w:r>
        <w:rPr>
          <w:rFonts w:cs="Arial"/>
          <w:sz w:val="15"/>
        </w:rPr>
        <w:t>1</w:t>
      </w:r>
      <w:r>
        <w:rPr>
          <w:rFonts w:cs="Arial"/>
          <w:sz w:val="15"/>
        </w:rPr>
        <w:t>款</w:t>
      </w:r>
      <w:r>
        <w:rPr>
          <w:rFonts w:cs="Arial"/>
          <w:sz w:val="15"/>
        </w:rPr>
        <w:t>b</w:t>
      </w:r>
      <w:r>
        <w:rPr>
          <w:rFonts w:cs="Arial"/>
          <w:sz w:val="15"/>
        </w:rPr>
        <w:t>项、</w:t>
      </w:r>
      <w:r>
        <w:rPr>
          <w:rFonts w:cs="Arial"/>
          <w:sz w:val="15"/>
        </w:rPr>
        <w:t>c</w:t>
      </w:r>
      <w:r>
        <w:rPr>
          <w:rFonts w:cs="Arial"/>
          <w:sz w:val="15"/>
        </w:rPr>
        <w:t>项、</w:t>
      </w:r>
      <w:r>
        <w:rPr>
          <w:rFonts w:cs="Arial"/>
          <w:sz w:val="15"/>
        </w:rPr>
        <w:t>f</w:t>
      </w:r>
      <w:r>
        <w:rPr>
          <w:rFonts w:cs="Arial"/>
          <w:sz w:val="15"/>
        </w:rPr>
        <w:t>项，以及对于可选同意事项，第</w:t>
      </w:r>
      <w:r>
        <w:rPr>
          <w:rFonts w:cs="Arial"/>
          <w:sz w:val="15"/>
        </w:rPr>
        <w:t>6</w:t>
      </w:r>
      <w:r>
        <w:rPr>
          <w:rFonts w:cs="Arial"/>
          <w:sz w:val="15"/>
        </w:rPr>
        <w:t>条第</w:t>
      </w:r>
      <w:r>
        <w:rPr>
          <w:rFonts w:cs="Arial"/>
          <w:sz w:val="15"/>
        </w:rPr>
        <w:t>1</w:t>
      </w:r>
      <w:r>
        <w:rPr>
          <w:rFonts w:cs="Arial"/>
          <w:sz w:val="15"/>
        </w:rPr>
        <w:t>款</w:t>
      </w:r>
      <w:r>
        <w:rPr>
          <w:rFonts w:cs="Arial"/>
          <w:sz w:val="15"/>
        </w:rPr>
        <w:t>a</w:t>
      </w:r>
      <w:r>
        <w:rPr>
          <w:rFonts w:cs="Arial"/>
          <w:sz w:val="15"/>
        </w:rPr>
        <w:t>项。</w:t>
      </w:r>
    </w:p>
    <w:p w14:paraId="705D2B52" w14:textId="77777777" w:rsidR="00AD4779" w:rsidRDefault="00000000">
      <w:pPr>
        <w:spacing w:before="80" w:after="20"/>
      </w:pPr>
      <w:r>
        <w:rPr>
          <w:rFonts w:cs="Arial"/>
          <w:b/>
          <w:color w:val="8B1E1E"/>
          <w:sz w:val="16"/>
        </w:rPr>
        <w:t xml:space="preserve">Legitimate interests / </w:t>
      </w:r>
      <w:r>
        <w:rPr>
          <w:rFonts w:cs="Arial"/>
          <w:b/>
          <w:color w:val="8B1E1E"/>
          <w:sz w:val="16"/>
        </w:rPr>
        <w:t>合法利益</w:t>
      </w:r>
    </w:p>
    <w:p w14:paraId="4153E326" w14:textId="77777777" w:rsidR="00AD4779" w:rsidRDefault="00000000">
      <w:pPr>
        <w:spacing w:after="20" w:line="240" w:lineRule="auto"/>
      </w:pPr>
      <w:r>
        <w:rPr>
          <w:rFonts w:cs="Arial"/>
          <w:sz w:val="15"/>
        </w:rPr>
        <w:t>Membership administration, protection of rights, verification of submitted data, communication with representatives and promotion of statutory Chamber activities.</w:t>
      </w:r>
    </w:p>
    <w:p w14:paraId="4A3DF41B" w14:textId="77777777" w:rsidR="00AD4779" w:rsidRDefault="00000000">
      <w:pPr>
        <w:spacing w:after="40" w:line="240" w:lineRule="auto"/>
      </w:pPr>
      <w:r>
        <w:rPr>
          <w:rFonts w:cs="Arial"/>
          <w:sz w:val="15"/>
        </w:rPr>
        <w:t>会员管理、权利保护、核验所提交信息、与代表人保持联系以及推动商会章程规定的活动。</w:t>
      </w:r>
    </w:p>
    <w:p w14:paraId="45CA9EB4" w14:textId="77777777" w:rsidR="00AD4779" w:rsidRDefault="00000000">
      <w:pPr>
        <w:spacing w:before="80" w:after="20"/>
      </w:pPr>
      <w:r>
        <w:rPr>
          <w:rFonts w:cs="Arial"/>
          <w:b/>
          <w:color w:val="8B1E1E"/>
          <w:sz w:val="16"/>
        </w:rPr>
        <w:t xml:space="preserve">Recipients / </w:t>
      </w:r>
      <w:r>
        <w:rPr>
          <w:rFonts w:cs="Arial"/>
          <w:b/>
          <w:color w:val="8B1E1E"/>
          <w:sz w:val="16"/>
        </w:rPr>
        <w:t>接收方</w:t>
      </w:r>
    </w:p>
    <w:p w14:paraId="093732A4" w14:textId="77777777" w:rsidR="00AD4779" w:rsidRDefault="00000000">
      <w:pPr>
        <w:spacing w:after="20" w:line="240" w:lineRule="auto"/>
      </w:pPr>
      <w:r>
        <w:rPr>
          <w:rFonts w:cs="Arial"/>
          <w:sz w:val="15"/>
        </w:rPr>
        <w:t>Authorized Chamber personnel, IT and hosting providers, accounting, legal or administrative service providers, public authorities where required by law, and partners only where necessary and lawful.</w:t>
      </w:r>
    </w:p>
    <w:p w14:paraId="259E697D" w14:textId="77777777" w:rsidR="00AD4779" w:rsidRDefault="00000000">
      <w:pPr>
        <w:spacing w:after="40" w:line="240" w:lineRule="auto"/>
      </w:pPr>
      <w:r>
        <w:rPr>
          <w:rFonts w:cs="Arial"/>
          <w:sz w:val="15"/>
        </w:rPr>
        <w:t>本会授权人员、</w:t>
      </w:r>
      <w:r>
        <w:rPr>
          <w:rFonts w:cs="Arial"/>
          <w:sz w:val="15"/>
        </w:rPr>
        <w:t>IT</w:t>
      </w:r>
      <w:r>
        <w:rPr>
          <w:rFonts w:cs="Arial"/>
          <w:sz w:val="15"/>
        </w:rPr>
        <w:t>及托管服务提供商、会计、法律或行政服务提供商、法律要求的公共机关，以及在必要且合法情况下的合作伙伴。</w:t>
      </w:r>
    </w:p>
    <w:p w14:paraId="4941A4D2" w14:textId="77777777" w:rsidR="00AD4779" w:rsidRDefault="00000000">
      <w:pPr>
        <w:spacing w:before="80" w:after="20"/>
      </w:pPr>
      <w:r>
        <w:rPr>
          <w:rFonts w:cs="Arial"/>
          <w:b/>
          <w:color w:val="8B1E1E"/>
          <w:sz w:val="16"/>
        </w:rPr>
        <w:t xml:space="preserve">Transfers outside EEA / </w:t>
      </w:r>
      <w:r>
        <w:rPr>
          <w:rFonts w:cs="Arial"/>
          <w:b/>
          <w:color w:val="8B1E1E"/>
          <w:sz w:val="16"/>
        </w:rPr>
        <w:t>向欧洲经济区外传输</w:t>
      </w:r>
    </w:p>
    <w:p w14:paraId="765CDFE8" w14:textId="77777777" w:rsidR="00AD4779" w:rsidRDefault="00000000">
      <w:pPr>
        <w:spacing w:after="20" w:line="240" w:lineRule="auto"/>
      </w:pPr>
      <w:r>
        <w:rPr>
          <w:rFonts w:cs="Arial"/>
          <w:sz w:val="15"/>
        </w:rPr>
        <w:t>Personal data will not be transferred outside the European Economic Area unless necessary for a specific request, event or cooperation and appropriate safeguards or a separate legal basis apply.</w:t>
      </w:r>
    </w:p>
    <w:p w14:paraId="6406BC64" w14:textId="77777777" w:rsidR="00AD4779" w:rsidRDefault="00000000">
      <w:pPr>
        <w:spacing w:after="40" w:line="240" w:lineRule="auto"/>
      </w:pPr>
      <w:r>
        <w:rPr>
          <w:rFonts w:cs="Arial"/>
          <w:sz w:val="15"/>
        </w:rPr>
        <w:t>除非为特定请求、活动或合作所必需，并具备适当保障措施或单独法律依据，个人数据不会传输至欧洲经济区以外。</w:t>
      </w:r>
    </w:p>
    <w:p w14:paraId="717644EE" w14:textId="77777777" w:rsidR="00AD4779" w:rsidRDefault="00000000">
      <w:pPr>
        <w:spacing w:before="80" w:after="20"/>
      </w:pPr>
      <w:r>
        <w:rPr>
          <w:rFonts w:cs="Arial"/>
          <w:b/>
          <w:color w:val="8B1E1E"/>
          <w:sz w:val="16"/>
        </w:rPr>
        <w:t xml:space="preserve">Retention period / </w:t>
      </w:r>
      <w:r>
        <w:rPr>
          <w:rFonts w:cs="Arial"/>
          <w:b/>
          <w:color w:val="8B1E1E"/>
          <w:sz w:val="16"/>
        </w:rPr>
        <w:t>保存期限</w:t>
      </w:r>
    </w:p>
    <w:p w14:paraId="613F6149" w14:textId="77777777" w:rsidR="00AD4779" w:rsidRDefault="00000000">
      <w:pPr>
        <w:spacing w:after="20" w:line="240" w:lineRule="auto"/>
      </w:pPr>
      <w:r>
        <w:rPr>
          <w:rFonts w:cs="Arial"/>
          <w:sz w:val="15"/>
        </w:rPr>
        <w:t>Data will be kept for the duration necessary to process the application and, if admitted, for the period of membership and limitation periods for potential claims, unless law requires longer retention.</w:t>
      </w:r>
    </w:p>
    <w:p w14:paraId="57840D0D" w14:textId="77777777" w:rsidR="00AD4779" w:rsidRDefault="00000000">
      <w:pPr>
        <w:spacing w:after="40" w:line="240" w:lineRule="auto"/>
      </w:pPr>
      <w:r>
        <w:rPr>
          <w:rFonts w:cs="Arial"/>
          <w:sz w:val="15"/>
        </w:rPr>
        <w:t>数据将在处理申请所需期间保存；如申请人获准入会，则在会员关系存续期间及潜在请求权时效期间保存，除非法律要求更长期限。</w:t>
      </w:r>
    </w:p>
    <w:p w14:paraId="7FF59C43" w14:textId="77777777" w:rsidR="00AD4779" w:rsidRDefault="00000000">
      <w:pPr>
        <w:spacing w:before="80" w:after="20"/>
      </w:pPr>
      <w:r>
        <w:rPr>
          <w:rFonts w:cs="Arial"/>
          <w:b/>
          <w:color w:val="8B1E1E"/>
          <w:sz w:val="16"/>
        </w:rPr>
        <w:t xml:space="preserve">Rights / </w:t>
      </w:r>
      <w:r>
        <w:rPr>
          <w:rFonts w:cs="Arial"/>
          <w:b/>
          <w:color w:val="8B1E1E"/>
          <w:sz w:val="16"/>
        </w:rPr>
        <w:t>个人权利</w:t>
      </w:r>
    </w:p>
    <w:p w14:paraId="0C78AFCD" w14:textId="77777777" w:rsidR="00AD4779" w:rsidRDefault="00000000">
      <w:pPr>
        <w:spacing w:after="20" w:line="240" w:lineRule="auto"/>
      </w:pPr>
      <w:r>
        <w:rPr>
          <w:rFonts w:cs="Arial"/>
          <w:sz w:val="15"/>
        </w:rPr>
        <w:t>The data subject has the right to access, rectify, erase, restrict processing, object, data portability where applicable, withdraw consent and lodge a complaint with the President of the Personal Data Protection Office in Poland.</w:t>
      </w:r>
    </w:p>
    <w:p w14:paraId="0CFD0FE3" w14:textId="77777777" w:rsidR="00AD4779" w:rsidRDefault="00000000">
      <w:pPr>
        <w:spacing w:after="40" w:line="240" w:lineRule="auto"/>
      </w:pPr>
      <w:r>
        <w:rPr>
          <w:rFonts w:cs="Arial"/>
          <w:sz w:val="15"/>
        </w:rPr>
        <w:t>数据主体有权访问、更正、删除、限制处理、反对处理、在适用情况下请求数据可携带、撤回同意，并有权向波兰个人数据保护办公室主席提出投诉。</w:t>
      </w:r>
    </w:p>
    <w:p w14:paraId="635724B8" w14:textId="77777777" w:rsidR="00AD4779" w:rsidRDefault="00000000">
      <w:pPr>
        <w:spacing w:before="80" w:after="20"/>
      </w:pPr>
      <w:r>
        <w:rPr>
          <w:rFonts w:cs="Arial"/>
          <w:b/>
          <w:color w:val="8B1E1E"/>
          <w:sz w:val="16"/>
        </w:rPr>
        <w:t xml:space="preserve">Voluntary provision / </w:t>
      </w:r>
      <w:r>
        <w:rPr>
          <w:rFonts w:cs="Arial"/>
          <w:b/>
          <w:color w:val="8B1E1E"/>
          <w:sz w:val="16"/>
        </w:rPr>
        <w:t>提供数据的自愿性</w:t>
      </w:r>
    </w:p>
    <w:p w14:paraId="21289BF5" w14:textId="77777777" w:rsidR="00AD4779" w:rsidRDefault="00000000">
      <w:pPr>
        <w:spacing w:after="20" w:line="240" w:lineRule="auto"/>
      </w:pPr>
      <w:r>
        <w:rPr>
          <w:rFonts w:cs="Arial"/>
          <w:sz w:val="15"/>
        </w:rPr>
        <w:t>Providing data is voluntary, but failure to provide data required for the application may prevent the Chamber from processing the membership application.</w:t>
      </w:r>
    </w:p>
    <w:p w14:paraId="2DF3DC2C" w14:textId="77777777" w:rsidR="00AD4779" w:rsidRDefault="00000000">
      <w:pPr>
        <w:spacing w:after="40" w:line="240" w:lineRule="auto"/>
      </w:pPr>
      <w:r>
        <w:rPr>
          <w:rFonts w:cs="Arial"/>
          <w:sz w:val="15"/>
        </w:rPr>
        <w:t>提供数据是自愿的，但如未提供处理申请所必需的数据，商会可能无法处理入会申请。</w:t>
      </w:r>
    </w:p>
    <w:sectPr w:rsidR="00AD4779" w:rsidSect="00034616">
      <w:headerReference w:type="default" r:id="rId8"/>
      <w:footerReference w:type="default" r:id="rId9"/>
      <w:pgSz w:w="11906" w:h="16838"/>
      <w:pgMar w:top="765" w:right="879" w:bottom="765" w:left="879"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7619" w14:textId="77777777" w:rsidR="00A34A5C" w:rsidRDefault="00A34A5C">
      <w:pPr>
        <w:spacing w:after="0" w:line="240" w:lineRule="auto"/>
      </w:pPr>
      <w:r>
        <w:separator/>
      </w:r>
    </w:p>
  </w:endnote>
  <w:endnote w:type="continuationSeparator" w:id="0">
    <w:p w14:paraId="55C0F7E3" w14:textId="77777777" w:rsidR="00A34A5C" w:rsidRDefault="00A34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2978" w14:textId="77777777" w:rsidR="00AD4779" w:rsidRDefault="00000000">
    <w:pPr>
      <w:pStyle w:val="Stopka"/>
      <w:jc w:val="center"/>
    </w:pPr>
    <w:r>
      <w:rPr>
        <w:rFonts w:cs="Arial"/>
        <w:color w:val="666666"/>
        <w:sz w:val="15"/>
      </w:rPr>
      <w:t xml:space="preserve">PCHIPH / </w:t>
    </w:r>
    <w:proofErr w:type="spellStart"/>
    <w:r>
      <w:rPr>
        <w:rFonts w:cs="Arial"/>
        <w:color w:val="666666"/>
        <w:sz w:val="15"/>
      </w:rPr>
      <w:t>波中工商业联合会</w:t>
    </w:r>
    <w:proofErr w:type="spellEnd"/>
    <w:r>
      <w:rPr>
        <w:rFonts w:cs="Arial"/>
        <w:color w:val="666666"/>
        <w:sz w:val="15"/>
      </w:rPr>
      <w:t xml:space="preserve"> | Membership Application EN-CN | 2026.05 | Page </w:t>
    </w:r>
    <w:r>
      <w:fldChar w:fldCharType="begin"/>
    </w:r>
    <w:r>
      <w:instrText xml:space="preserve"> PAGE </w:instrText>
    </w:r>
    <w:r>
      <w:fldChar w:fldCharType="separate"/>
    </w:r>
    <w:r w:rsidR="00363E1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B3AB" w14:textId="77777777" w:rsidR="00A34A5C" w:rsidRDefault="00A34A5C">
      <w:pPr>
        <w:spacing w:after="0" w:line="240" w:lineRule="auto"/>
      </w:pPr>
      <w:r>
        <w:separator/>
      </w:r>
    </w:p>
  </w:footnote>
  <w:footnote w:type="continuationSeparator" w:id="0">
    <w:p w14:paraId="1D2AC134" w14:textId="77777777" w:rsidR="00A34A5C" w:rsidRDefault="00A34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1D8D" w14:textId="77777777" w:rsidR="00AD4779" w:rsidRDefault="00000000">
    <w:pPr>
      <w:pStyle w:val="Nagwek"/>
      <w:jc w:val="center"/>
    </w:pPr>
    <w:r>
      <w:rPr>
        <w:rFonts w:cs="Arial"/>
        <w:b/>
        <w:color w:val="8B1E1E"/>
        <w:sz w:val="16"/>
      </w:rPr>
      <w:t xml:space="preserve">POLISH-CHINESE CHAMBER OF INDUSTRY AND COMMERCE  |  </w:t>
    </w:r>
    <w:proofErr w:type="spellStart"/>
    <w:r>
      <w:rPr>
        <w:rFonts w:cs="Arial"/>
        <w:b/>
        <w:color w:val="8B1E1E"/>
        <w:sz w:val="16"/>
      </w:rPr>
      <w:t>波中工商业联合会</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277832917">
    <w:abstractNumId w:val="8"/>
  </w:num>
  <w:num w:numId="2" w16cid:durableId="479736509">
    <w:abstractNumId w:val="6"/>
  </w:num>
  <w:num w:numId="3" w16cid:durableId="1210190813">
    <w:abstractNumId w:val="5"/>
  </w:num>
  <w:num w:numId="4" w16cid:durableId="946546057">
    <w:abstractNumId w:val="4"/>
  </w:num>
  <w:num w:numId="5" w16cid:durableId="1485464193">
    <w:abstractNumId w:val="7"/>
  </w:num>
  <w:num w:numId="6" w16cid:durableId="1268658660">
    <w:abstractNumId w:val="3"/>
  </w:num>
  <w:num w:numId="7" w16cid:durableId="969867600">
    <w:abstractNumId w:val="2"/>
  </w:num>
  <w:num w:numId="8" w16cid:durableId="80682839">
    <w:abstractNumId w:val="1"/>
  </w:num>
  <w:num w:numId="9" w16cid:durableId="38071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3E15"/>
    <w:rsid w:val="003A701A"/>
    <w:rsid w:val="00674DCE"/>
    <w:rsid w:val="009A33F1"/>
    <w:rsid w:val="00A34A5C"/>
    <w:rsid w:val="00AA1D8D"/>
    <w:rsid w:val="00AC4119"/>
    <w:rsid w:val="00AD4779"/>
    <w:rsid w:val="00B02D58"/>
    <w:rsid w:val="00B47730"/>
    <w:rsid w:val="00C07775"/>
    <w:rsid w:val="00CB0664"/>
    <w:rsid w:val="00D60754"/>
    <w:rsid w:val="00DC52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99428"/>
  <w14:defaultImageDpi w14:val="300"/>
  <w15:docId w15:val="{EDDE1DAC-3C07-4A78-88B3-1D8D1213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Microsoft YaHei" w:hAnsi="Arial"/>
      <w:sz w:val="17"/>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2098</Words>
  <Characters>12588</Characters>
  <Application>Microsoft Office Word</Application>
  <DocSecurity>0</DocSecurity>
  <Lines>104</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Oskar Łebkowski</cp:lastModifiedBy>
  <cp:revision>6</cp:revision>
  <dcterms:created xsi:type="dcterms:W3CDTF">2013-12-23T23:15:00Z</dcterms:created>
  <dcterms:modified xsi:type="dcterms:W3CDTF">2026-06-03T15:47:00Z</dcterms:modified>
  <cp:category/>
</cp:coreProperties>
</file>