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ED79A" w14:textId="77777777" w:rsidR="001B6DF4" w:rsidRPr="004E28EF" w:rsidRDefault="00000000">
      <w:pPr>
        <w:spacing w:before="160" w:after="0" w:line="240" w:lineRule="auto"/>
        <w:jc w:val="center"/>
        <w:rPr>
          <w:lang w:val="pl-PL"/>
        </w:rPr>
      </w:pPr>
      <w:r w:rsidRPr="004E28EF">
        <w:rPr>
          <w:b/>
          <w:color w:val="1F4E79"/>
          <w:sz w:val="44"/>
          <w:lang w:val="pl-PL"/>
        </w:rPr>
        <w:t>POLSKO-CHIŃSKA IZBA</w:t>
      </w:r>
      <w:r w:rsidRPr="004E28EF">
        <w:rPr>
          <w:b/>
          <w:color w:val="1F4E79"/>
          <w:sz w:val="44"/>
          <w:lang w:val="pl-PL"/>
        </w:rPr>
        <w:br/>
        <w:t>PRZEMYSŁOWO-HANDLOWA</w:t>
      </w:r>
    </w:p>
    <w:p w14:paraId="50E21273" w14:textId="77777777" w:rsidR="001B6DF4" w:rsidRPr="004E28EF" w:rsidRDefault="00000000">
      <w:pPr>
        <w:spacing w:before="40" w:after="160" w:line="240" w:lineRule="auto"/>
        <w:jc w:val="center"/>
        <w:rPr>
          <w:lang w:val="pl-PL"/>
        </w:rPr>
      </w:pPr>
      <w:r w:rsidRPr="004E28EF">
        <w:rPr>
          <w:b/>
          <w:sz w:val="36"/>
          <w:lang w:val="pl-PL"/>
        </w:rPr>
        <w:t>DEKLARACJA CZŁONKOWSKA</w:t>
      </w:r>
    </w:p>
    <w:tbl>
      <w:tblPr>
        <w:tblW w:w="0" w:type="auto"/>
        <w:jc w:val="center"/>
        <w:tblBorders>
          <w:top w:val="single" w:sz="0" w:space="0" w:color="C9A227"/>
          <w:left w:val="single" w:sz="0" w:space="0" w:color="C9A227"/>
          <w:bottom w:val="single" w:sz="0" w:space="0" w:color="C9A227"/>
          <w:right w:val="single" w:sz="0" w:space="0" w:color="C9A227"/>
          <w:insideH w:val="single" w:sz="0" w:space="0" w:color="C9A227"/>
          <w:insideV w:val="single" w:sz="0" w:space="0" w:color="C9A227"/>
        </w:tblBorders>
        <w:tblLook w:val="04A0" w:firstRow="1" w:lastRow="0" w:firstColumn="1" w:lastColumn="0" w:noHBand="0" w:noVBand="1"/>
      </w:tblPr>
      <w:tblGrid>
        <w:gridCol w:w="9972"/>
      </w:tblGrid>
      <w:tr w:rsidR="001B6DF4" w:rsidRPr="00D900B8" w14:paraId="443C3396" w14:textId="77777777">
        <w:trPr>
          <w:jc w:val="center"/>
        </w:trPr>
        <w:tc>
          <w:tcPr>
            <w:tcW w:w="9972" w:type="dxa"/>
            <w:shd w:val="clear" w:color="auto" w:fill="C9A227"/>
          </w:tcPr>
          <w:p w14:paraId="0BEAA803" w14:textId="77777777" w:rsidR="001B6DF4" w:rsidRPr="004E28EF" w:rsidRDefault="001B6DF4">
            <w:pPr>
              <w:rPr>
                <w:lang w:val="pl-PL"/>
              </w:rPr>
            </w:pPr>
          </w:p>
        </w:tc>
      </w:tr>
    </w:tbl>
    <w:p w14:paraId="5493D9AF" w14:textId="77777777" w:rsidR="001B6DF4" w:rsidRPr="004E28EF" w:rsidRDefault="00000000">
      <w:pPr>
        <w:spacing w:before="200" w:line="240" w:lineRule="auto"/>
        <w:jc w:val="center"/>
        <w:rPr>
          <w:lang w:val="pl-PL"/>
        </w:rPr>
      </w:pPr>
      <w:r w:rsidRPr="004E28EF">
        <w:rPr>
          <w:i/>
          <w:sz w:val="22"/>
          <w:lang w:val="pl-PL"/>
        </w:rPr>
        <w:t>Wniosek o przyjęcie w poczet członków Polsko-Chińskiej Izby Przemysłowo-Handlowej</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81"/>
        <w:gridCol w:w="6974"/>
      </w:tblGrid>
      <w:tr w:rsidR="001B6DF4" w:rsidRPr="00D900B8" w14:paraId="7AEB07CC" w14:textId="77777777">
        <w:trPr>
          <w:jc w:val="center"/>
        </w:trPr>
        <w:tc>
          <w:tcPr>
            <w:tcW w:w="2381" w:type="dxa"/>
            <w:shd w:val="clear" w:color="auto" w:fill="F2F2F2"/>
          </w:tcPr>
          <w:p w14:paraId="4712E065" w14:textId="77777777" w:rsidR="001B6DF4" w:rsidRDefault="00000000">
            <w:pPr>
              <w:spacing w:after="0"/>
            </w:pPr>
            <w:r>
              <w:rPr>
                <w:b/>
                <w:sz w:val="18"/>
              </w:rPr>
              <w:t>Dane Izby</w:t>
            </w:r>
          </w:p>
        </w:tc>
        <w:tc>
          <w:tcPr>
            <w:tcW w:w="6974" w:type="dxa"/>
          </w:tcPr>
          <w:p w14:paraId="3A376A05" w14:textId="77777777" w:rsidR="001B6DF4" w:rsidRPr="004E28EF" w:rsidRDefault="00000000">
            <w:pPr>
              <w:spacing w:after="0"/>
              <w:rPr>
                <w:lang w:val="pl-PL"/>
              </w:rPr>
            </w:pPr>
            <w:r w:rsidRPr="004E28EF">
              <w:rPr>
                <w:sz w:val="18"/>
                <w:lang w:val="pl-PL"/>
              </w:rPr>
              <w:t>Polsko-Chińska Izba Przemysłowo-Handlowa</w:t>
            </w:r>
          </w:p>
        </w:tc>
      </w:tr>
      <w:tr w:rsidR="001B6DF4" w14:paraId="2BDBE005" w14:textId="77777777">
        <w:trPr>
          <w:jc w:val="center"/>
        </w:trPr>
        <w:tc>
          <w:tcPr>
            <w:tcW w:w="2381" w:type="dxa"/>
            <w:shd w:val="clear" w:color="auto" w:fill="F2F2F2"/>
          </w:tcPr>
          <w:p w14:paraId="25970FFA" w14:textId="77777777" w:rsidR="001B6DF4" w:rsidRDefault="00000000">
            <w:pPr>
              <w:spacing w:after="0"/>
            </w:pPr>
            <w:r>
              <w:rPr>
                <w:b/>
                <w:sz w:val="18"/>
              </w:rPr>
              <w:t>Adres siedziby</w:t>
            </w:r>
          </w:p>
        </w:tc>
        <w:tc>
          <w:tcPr>
            <w:tcW w:w="6974" w:type="dxa"/>
          </w:tcPr>
          <w:p w14:paraId="2F4CAED5" w14:textId="77777777" w:rsidR="001B6DF4" w:rsidRDefault="00000000">
            <w:pPr>
              <w:spacing w:after="0"/>
            </w:pPr>
            <w:r>
              <w:rPr>
                <w:sz w:val="18"/>
              </w:rPr>
              <w:t>ul. Świętojańska 46/8, 81-393 Gdynia</w:t>
            </w:r>
          </w:p>
        </w:tc>
      </w:tr>
      <w:tr w:rsidR="001B6DF4" w14:paraId="0FAF2A18" w14:textId="77777777">
        <w:trPr>
          <w:jc w:val="center"/>
        </w:trPr>
        <w:tc>
          <w:tcPr>
            <w:tcW w:w="2381" w:type="dxa"/>
            <w:shd w:val="clear" w:color="auto" w:fill="F2F2F2"/>
          </w:tcPr>
          <w:p w14:paraId="2D2DF3F6" w14:textId="77777777" w:rsidR="001B6DF4" w:rsidRDefault="00000000">
            <w:pPr>
              <w:spacing w:after="0"/>
            </w:pPr>
            <w:r>
              <w:rPr>
                <w:b/>
                <w:sz w:val="18"/>
              </w:rPr>
              <w:t>Dane rejestrowe</w:t>
            </w:r>
          </w:p>
        </w:tc>
        <w:tc>
          <w:tcPr>
            <w:tcW w:w="6974" w:type="dxa"/>
          </w:tcPr>
          <w:p w14:paraId="56F4FD88" w14:textId="77777777" w:rsidR="001B6DF4" w:rsidRDefault="00000000">
            <w:pPr>
              <w:spacing w:after="0"/>
            </w:pPr>
            <w:r>
              <w:rPr>
                <w:sz w:val="18"/>
              </w:rPr>
              <w:t>KRS: 0000306932 | NIP: 5862223568 | REGON: 220664712</w:t>
            </w:r>
          </w:p>
        </w:tc>
      </w:tr>
      <w:tr w:rsidR="001B6DF4" w:rsidRPr="004E28EF" w14:paraId="4E1798A5" w14:textId="77777777">
        <w:trPr>
          <w:jc w:val="center"/>
        </w:trPr>
        <w:tc>
          <w:tcPr>
            <w:tcW w:w="2381" w:type="dxa"/>
            <w:shd w:val="clear" w:color="auto" w:fill="F2F2F2"/>
          </w:tcPr>
          <w:p w14:paraId="4DEE8C78" w14:textId="77777777" w:rsidR="001B6DF4" w:rsidRDefault="00000000">
            <w:pPr>
              <w:spacing w:after="0"/>
            </w:pPr>
            <w:r>
              <w:rPr>
                <w:b/>
                <w:sz w:val="18"/>
              </w:rPr>
              <w:t>Wersja dokumentu</w:t>
            </w:r>
          </w:p>
        </w:tc>
        <w:tc>
          <w:tcPr>
            <w:tcW w:w="6974" w:type="dxa"/>
          </w:tcPr>
          <w:p w14:paraId="538FC8CF" w14:textId="77777777" w:rsidR="001B6DF4" w:rsidRPr="004E28EF" w:rsidRDefault="00000000">
            <w:pPr>
              <w:spacing w:after="0"/>
              <w:rPr>
                <w:lang w:val="pl-PL"/>
              </w:rPr>
            </w:pPr>
            <w:r w:rsidRPr="004E28EF">
              <w:rPr>
                <w:sz w:val="18"/>
                <w:lang w:val="pl-PL"/>
              </w:rPr>
              <w:t xml:space="preserve">v2026 </w:t>
            </w:r>
          </w:p>
        </w:tc>
      </w:tr>
    </w:tbl>
    <w:p w14:paraId="7A47DDE9" w14:textId="77777777" w:rsidR="00EB0ACE" w:rsidRDefault="00EB0ACE">
      <w:pPr>
        <w:spacing w:before="160" w:after="120" w:line="240" w:lineRule="auto"/>
        <w:rPr>
          <w:i/>
          <w:color w:val="5A5A5A"/>
          <w:sz w:val="18"/>
          <w:lang w:val="pl-PL"/>
        </w:rPr>
      </w:pPr>
    </w:p>
    <w:p w14:paraId="32192A08" w14:textId="77777777" w:rsidR="001B6DF4" w:rsidRPr="004E28EF" w:rsidRDefault="00000000">
      <w:pPr>
        <w:spacing w:before="160" w:after="120" w:line="240" w:lineRule="auto"/>
        <w:rPr>
          <w:lang w:val="pl-PL"/>
        </w:rPr>
      </w:pPr>
      <w:r w:rsidRPr="004E28EF">
        <w:rPr>
          <w:b/>
          <w:color w:val="1F4E79"/>
          <w:sz w:val="26"/>
          <w:lang w:val="pl-PL"/>
        </w:rPr>
        <w:t>I. DANE PODMIOTU UBIEGAJĄCEGO SIĘ O CZŁONKOSTWO</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402"/>
        <w:gridCol w:w="5953"/>
      </w:tblGrid>
      <w:tr w:rsidR="001B6DF4" w14:paraId="38FABC47" w14:textId="77777777">
        <w:trPr>
          <w:jc w:val="center"/>
        </w:trPr>
        <w:tc>
          <w:tcPr>
            <w:tcW w:w="3402" w:type="dxa"/>
            <w:shd w:val="clear" w:color="auto" w:fill="F2F2F2"/>
            <w:vAlign w:val="center"/>
          </w:tcPr>
          <w:p w14:paraId="0A6E4E73" w14:textId="77777777" w:rsidR="001B6DF4" w:rsidRDefault="00000000">
            <w:pPr>
              <w:spacing w:after="0" w:line="240" w:lineRule="auto"/>
            </w:pPr>
            <w:r>
              <w:rPr>
                <w:b/>
                <w:sz w:val="18"/>
              </w:rPr>
              <w:t>Pełna nazwa podmiotu</w:t>
            </w:r>
          </w:p>
        </w:tc>
        <w:tc>
          <w:tcPr>
            <w:tcW w:w="5953" w:type="dxa"/>
            <w:vAlign w:val="center"/>
          </w:tcPr>
          <w:p w14:paraId="44C44793" w14:textId="77777777" w:rsidR="001B6DF4" w:rsidRDefault="00000000">
            <w:pPr>
              <w:spacing w:after="0" w:line="240" w:lineRule="auto"/>
            </w:pPr>
            <w:r>
              <w:rPr>
                <w:color w:val="505050"/>
                <w:sz w:val="18"/>
              </w:rPr>
              <w:t xml:space="preserve"> </w:t>
            </w:r>
          </w:p>
        </w:tc>
      </w:tr>
      <w:tr w:rsidR="001B6DF4" w14:paraId="6A881433" w14:textId="77777777">
        <w:trPr>
          <w:jc w:val="center"/>
        </w:trPr>
        <w:tc>
          <w:tcPr>
            <w:tcW w:w="3402" w:type="dxa"/>
            <w:shd w:val="clear" w:color="auto" w:fill="F2F2F2"/>
            <w:vAlign w:val="center"/>
          </w:tcPr>
          <w:p w14:paraId="0615BC86" w14:textId="77777777" w:rsidR="001B6DF4" w:rsidRDefault="00000000">
            <w:pPr>
              <w:spacing w:after="0" w:line="240" w:lineRule="auto"/>
            </w:pPr>
            <w:r>
              <w:rPr>
                <w:b/>
                <w:sz w:val="18"/>
              </w:rPr>
              <w:t>Forma prawna</w:t>
            </w:r>
          </w:p>
        </w:tc>
        <w:tc>
          <w:tcPr>
            <w:tcW w:w="5953" w:type="dxa"/>
            <w:vAlign w:val="center"/>
          </w:tcPr>
          <w:p w14:paraId="0AEE1429" w14:textId="77777777" w:rsidR="001B6DF4" w:rsidRDefault="00000000">
            <w:pPr>
              <w:spacing w:after="0" w:line="240" w:lineRule="auto"/>
            </w:pPr>
            <w:r>
              <w:rPr>
                <w:color w:val="505050"/>
                <w:sz w:val="18"/>
              </w:rPr>
              <w:t xml:space="preserve"> </w:t>
            </w:r>
          </w:p>
        </w:tc>
      </w:tr>
      <w:tr w:rsidR="001B6DF4" w14:paraId="2FCEDB5B" w14:textId="77777777">
        <w:trPr>
          <w:jc w:val="center"/>
        </w:trPr>
        <w:tc>
          <w:tcPr>
            <w:tcW w:w="3402" w:type="dxa"/>
            <w:shd w:val="clear" w:color="auto" w:fill="F2F2F2"/>
            <w:vAlign w:val="center"/>
          </w:tcPr>
          <w:p w14:paraId="017BE849" w14:textId="77777777" w:rsidR="001B6DF4" w:rsidRDefault="00000000">
            <w:pPr>
              <w:spacing w:after="0" w:line="240" w:lineRule="auto"/>
            </w:pPr>
            <w:r>
              <w:rPr>
                <w:b/>
                <w:sz w:val="18"/>
              </w:rPr>
              <w:t>Adres siedziby</w:t>
            </w:r>
          </w:p>
        </w:tc>
        <w:tc>
          <w:tcPr>
            <w:tcW w:w="5953" w:type="dxa"/>
            <w:vAlign w:val="center"/>
          </w:tcPr>
          <w:p w14:paraId="098AE063" w14:textId="77777777" w:rsidR="001B6DF4" w:rsidRDefault="00000000">
            <w:pPr>
              <w:spacing w:after="0" w:line="240" w:lineRule="auto"/>
            </w:pPr>
            <w:r>
              <w:rPr>
                <w:color w:val="505050"/>
                <w:sz w:val="18"/>
              </w:rPr>
              <w:t xml:space="preserve"> </w:t>
            </w:r>
          </w:p>
        </w:tc>
      </w:tr>
      <w:tr w:rsidR="001B6DF4" w14:paraId="52E8AAE7" w14:textId="77777777">
        <w:trPr>
          <w:jc w:val="center"/>
        </w:trPr>
        <w:tc>
          <w:tcPr>
            <w:tcW w:w="3402" w:type="dxa"/>
            <w:shd w:val="clear" w:color="auto" w:fill="F2F2F2"/>
            <w:vAlign w:val="center"/>
          </w:tcPr>
          <w:p w14:paraId="2DC2098A" w14:textId="77777777" w:rsidR="001B6DF4" w:rsidRDefault="00000000">
            <w:pPr>
              <w:spacing w:after="0" w:line="240" w:lineRule="auto"/>
            </w:pPr>
            <w:r>
              <w:rPr>
                <w:b/>
                <w:sz w:val="18"/>
              </w:rPr>
              <w:t>Kod pocztowy i miejscowość</w:t>
            </w:r>
          </w:p>
        </w:tc>
        <w:tc>
          <w:tcPr>
            <w:tcW w:w="5953" w:type="dxa"/>
            <w:vAlign w:val="center"/>
          </w:tcPr>
          <w:p w14:paraId="07F4BC4E" w14:textId="77777777" w:rsidR="001B6DF4" w:rsidRDefault="00000000">
            <w:pPr>
              <w:spacing w:after="0" w:line="240" w:lineRule="auto"/>
            </w:pPr>
            <w:r>
              <w:rPr>
                <w:color w:val="505050"/>
                <w:sz w:val="18"/>
              </w:rPr>
              <w:t xml:space="preserve"> </w:t>
            </w:r>
          </w:p>
        </w:tc>
      </w:tr>
      <w:tr w:rsidR="001B6DF4" w14:paraId="4E7E1551" w14:textId="77777777">
        <w:trPr>
          <w:jc w:val="center"/>
        </w:trPr>
        <w:tc>
          <w:tcPr>
            <w:tcW w:w="3402" w:type="dxa"/>
            <w:shd w:val="clear" w:color="auto" w:fill="F2F2F2"/>
            <w:vAlign w:val="center"/>
          </w:tcPr>
          <w:p w14:paraId="42F148B5" w14:textId="77777777" w:rsidR="001B6DF4" w:rsidRDefault="00000000">
            <w:pPr>
              <w:spacing w:after="0" w:line="240" w:lineRule="auto"/>
            </w:pPr>
            <w:r>
              <w:rPr>
                <w:b/>
                <w:sz w:val="18"/>
              </w:rPr>
              <w:t>Kraj</w:t>
            </w:r>
          </w:p>
        </w:tc>
        <w:tc>
          <w:tcPr>
            <w:tcW w:w="5953" w:type="dxa"/>
            <w:vAlign w:val="center"/>
          </w:tcPr>
          <w:p w14:paraId="3D7F0F63" w14:textId="77777777" w:rsidR="001B6DF4" w:rsidRDefault="00000000">
            <w:pPr>
              <w:spacing w:after="0" w:line="240" w:lineRule="auto"/>
            </w:pPr>
            <w:r>
              <w:rPr>
                <w:color w:val="505050"/>
                <w:sz w:val="18"/>
              </w:rPr>
              <w:t xml:space="preserve"> </w:t>
            </w:r>
          </w:p>
        </w:tc>
      </w:tr>
      <w:tr w:rsidR="001B6DF4" w14:paraId="6FF6751F" w14:textId="77777777">
        <w:trPr>
          <w:jc w:val="center"/>
        </w:trPr>
        <w:tc>
          <w:tcPr>
            <w:tcW w:w="3402" w:type="dxa"/>
            <w:shd w:val="clear" w:color="auto" w:fill="F2F2F2"/>
            <w:vAlign w:val="center"/>
          </w:tcPr>
          <w:p w14:paraId="5604A1C9" w14:textId="77777777" w:rsidR="001B6DF4" w:rsidRDefault="00000000">
            <w:pPr>
              <w:spacing w:after="0" w:line="240" w:lineRule="auto"/>
            </w:pPr>
            <w:r>
              <w:rPr>
                <w:b/>
                <w:sz w:val="18"/>
              </w:rPr>
              <w:t>NIP</w:t>
            </w:r>
          </w:p>
        </w:tc>
        <w:tc>
          <w:tcPr>
            <w:tcW w:w="5953" w:type="dxa"/>
            <w:vAlign w:val="center"/>
          </w:tcPr>
          <w:p w14:paraId="0ABF824D" w14:textId="77777777" w:rsidR="001B6DF4" w:rsidRDefault="00000000">
            <w:pPr>
              <w:spacing w:after="0" w:line="240" w:lineRule="auto"/>
            </w:pPr>
            <w:r>
              <w:rPr>
                <w:color w:val="505050"/>
                <w:sz w:val="18"/>
              </w:rPr>
              <w:t xml:space="preserve"> </w:t>
            </w:r>
          </w:p>
        </w:tc>
      </w:tr>
      <w:tr w:rsidR="001B6DF4" w14:paraId="04DD926F" w14:textId="77777777">
        <w:trPr>
          <w:jc w:val="center"/>
        </w:trPr>
        <w:tc>
          <w:tcPr>
            <w:tcW w:w="3402" w:type="dxa"/>
            <w:shd w:val="clear" w:color="auto" w:fill="F2F2F2"/>
            <w:vAlign w:val="center"/>
          </w:tcPr>
          <w:p w14:paraId="5CF82C75" w14:textId="77777777" w:rsidR="001B6DF4" w:rsidRDefault="00000000">
            <w:pPr>
              <w:spacing w:after="0" w:line="240" w:lineRule="auto"/>
            </w:pPr>
            <w:r>
              <w:rPr>
                <w:b/>
                <w:sz w:val="18"/>
              </w:rPr>
              <w:t>REGON</w:t>
            </w:r>
          </w:p>
        </w:tc>
        <w:tc>
          <w:tcPr>
            <w:tcW w:w="5953" w:type="dxa"/>
            <w:vAlign w:val="center"/>
          </w:tcPr>
          <w:p w14:paraId="37CE6AA2" w14:textId="77777777" w:rsidR="001B6DF4" w:rsidRDefault="00000000">
            <w:pPr>
              <w:spacing w:after="0" w:line="240" w:lineRule="auto"/>
            </w:pPr>
            <w:r>
              <w:rPr>
                <w:color w:val="505050"/>
                <w:sz w:val="18"/>
              </w:rPr>
              <w:t xml:space="preserve"> </w:t>
            </w:r>
          </w:p>
        </w:tc>
      </w:tr>
      <w:tr w:rsidR="001B6DF4" w14:paraId="2DCEB50F" w14:textId="77777777">
        <w:trPr>
          <w:jc w:val="center"/>
        </w:trPr>
        <w:tc>
          <w:tcPr>
            <w:tcW w:w="3402" w:type="dxa"/>
            <w:shd w:val="clear" w:color="auto" w:fill="F2F2F2"/>
            <w:vAlign w:val="center"/>
          </w:tcPr>
          <w:p w14:paraId="43476E09" w14:textId="77777777" w:rsidR="001B6DF4" w:rsidRDefault="00000000">
            <w:pPr>
              <w:spacing w:after="0" w:line="240" w:lineRule="auto"/>
            </w:pPr>
            <w:r>
              <w:rPr>
                <w:b/>
                <w:sz w:val="18"/>
              </w:rPr>
              <w:t>KRS / CEIDG / inny rejestr</w:t>
            </w:r>
          </w:p>
        </w:tc>
        <w:tc>
          <w:tcPr>
            <w:tcW w:w="5953" w:type="dxa"/>
            <w:vAlign w:val="center"/>
          </w:tcPr>
          <w:p w14:paraId="26553493" w14:textId="77777777" w:rsidR="001B6DF4" w:rsidRDefault="00000000">
            <w:pPr>
              <w:spacing w:after="0" w:line="240" w:lineRule="auto"/>
            </w:pPr>
            <w:r>
              <w:rPr>
                <w:color w:val="505050"/>
                <w:sz w:val="18"/>
              </w:rPr>
              <w:t xml:space="preserve"> </w:t>
            </w:r>
          </w:p>
        </w:tc>
      </w:tr>
      <w:tr w:rsidR="001B6DF4" w14:paraId="7705DA16" w14:textId="77777777">
        <w:trPr>
          <w:jc w:val="center"/>
        </w:trPr>
        <w:tc>
          <w:tcPr>
            <w:tcW w:w="3402" w:type="dxa"/>
            <w:shd w:val="clear" w:color="auto" w:fill="F2F2F2"/>
            <w:vAlign w:val="center"/>
          </w:tcPr>
          <w:p w14:paraId="6E04C921" w14:textId="77777777" w:rsidR="001B6DF4" w:rsidRDefault="00000000">
            <w:pPr>
              <w:spacing w:after="0" w:line="240" w:lineRule="auto"/>
            </w:pPr>
            <w:r>
              <w:rPr>
                <w:b/>
                <w:sz w:val="18"/>
              </w:rPr>
              <w:t>Strona internetowa</w:t>
            </w:r>
          </w:p>
        </w:tc>
        <w:tc>
          <w:tcPr>
            <w:tcW w:w="5953" w:type="dxa"/>
            <w:vAlign w:val="center"/>
          </w:tcPr>
          <w:p w14:paraId="48A4D82C" w14:textId="77777777" w:rsidR="001B6DF4" w:rsidRDefault="00000000">
            <w:pPr>
              <w:spacing w:after="0" w:line="240" w:lineRule="auto"/>
            </w:pPr>
            <w:r>
              <w:rPr>
                <w:color w:val="505050"/>
                <w:sz w:val="18"/>
              </w:rPr>
              <w:t xml:space="preserve"> </w:t>
            </w:r>
          </w:p>
        </w:tc>
      </w:tr>
      <w:tr w:rsidR="001B6DF4" w14:paraId="3046DA24" w14:textId="77777777">
        <w:trPr>
          <w:jc w:val="center"/>
        </w:trPr>
        <w:tc>
          <w:tcPr>
            <w:tcW w:w="3402" w:type="dxa"/>
            <w:shd w:val="clear" w:color="auto" w:fill="F2F2F2"/>
            <w:vAlign w:val="center"/>
          </w:tcPr>
          <w:p w14:paraId="368C707C" w14:textId="77777777" w:rsidR="001B6DF4" w:rsidRDefault="00000000">
            <w:pPr>
              <w:spacing w:after="0" w:line="240" w:lineRule="auto"/>
            </w:pPr>
            <w:r>
              <w:rPr>
                <w:b/>
                <w:sz w:val="18"/>
              </w:rPr>
              <w:t>Rok rozpoczęcia działalności</w:t>
            </w:r>
          </w:p>
        </w:tc>
        <w:tc>
          <w:tcPr>
            <w:tcW w:w="5953" w:type="dxa"/>
            <w:vAlign w:val="center"/>
          </w:tcPr>
          <w:p w14:paraId="44C40D81" w14:textId="77777777" w:rsidR="001B6DF4" w:rsidRDefault="00000000">
            <w:pPr>
              <w:spacing w:after="0" w:line="240" w:lineRule="auto"/>
            </w:pPr>
            <w:r>
              <w:rPr>
                <w:color w:val="505050"/>
                <w:sz w:val="18"/>
              </w:rPr>
              <w:t xml:space="preserve"> </w:t>
            </w:r>
          </w:p>
        </w:tc>
      </w:tr>
      <w:tr w:rsidR="001B6DF4" w14:paraId="40FBAD6A" w14:textId="77777777">
        <w:trPr>
          <w:jc w:val="center"/>
        </w:trPr>
        <w:tc>
          <w:tcPr>
            <w:tcW w:w="3402" w:type="dxa"/>
            <w:shd w:val="clear" w:color="auto" w:fill="F2F2F2"/>
            <w:vAlign w:val="center"/>
          </w:tcPr>
          <w:p w14:paraId="292B6D79" w14:textId="77777777" w:rsidR="001B6DF4" w:rsidRDefault="00000000">
            <w:pPr>
              <w:spacing w:after="0" w:line="240" w:lineRule="auto"/>
            </w:pPr>
            <w:r>
              <w:rPr>
                <w:b/>
                <w:sz w:val="18"/>
              </w:rPr>
              <w:t>Liczba pracowników</w:t>
            </w:r>
          </w:p>
        </w:tc>
        <w:tc>
          <w:tcPr>
            <w:tcW w:w="5953" w:type="dxa"/>
            <w:vAlign w:val="center"/>
          </w:tcPr>
          <w:p w14:paraId="02137EFF" w14:textId="77777777" w:rsidR="001B6DF4" w:rsidRDefault="00000000">
            <w:pPr>
              <w:spacing w:after="0" w:line="240" w:lineRule="auto"/>
            </w:pPr>
            <w:r>
              <w:rPr>
                <w:color w:val="505050"/>
                <w:sz w:val="18"/>
              </w:rPr>
              <w:t xml:space="preserve"> </w:t>
            </w:r>
          </w:p>
        </w:tc>
      </w:tr>
    </w:tbl>
    <w:p w14:paraId="12389EDE" w14:textId="77777777" w:rsidR="001B6DF4" w:rsidRDefault="001B6DF4"/>
    <w:p w14:paraId="21336F96" w14:textId="77777777" w:rsidR="001B6DF4" w:rsidRPr="004E28EF" w:rsidRDefault="00000000">
      <w:pPr>
        <w:spacing w:before="160" w:after="120" w:line="240" w:lineRule="auto"/>
        <w:rPr>
          <w:lang w:val="pl-PL"/>
        </w:rPr>
      </w:pPr>
      <w:r w:rsidRPr="004E28EF">
        <w:rPr>
          <w:b/>
          <w:color w:val="1F4E79"/>
          <w:sz w:val="26"/>
          <w:lang w:val="pl-PL"/>
        </w:rPr>
        <w:t>II. OSOBY WSKAZANE DO KONTAKTU I REPREZENTACJI</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402"/>
        <w:gridCol w:w="5953"/>
      </w:tblGrid>
      <w:tr w:rsidR="001B6DF4" w:rsidRPr="00D900B8" w14:paraId="328C1179" w14:textId="77777777">
        <w:trPr>
          <w:jc w:val="center"/>
        </w:trPr>
        <w:tc>
          <w:tcPr>
            <w:tcW w:w="3402" w:type="dxa"/>
            <w:shd w:val="clear" w:color="auto" w:fill="F2F2F2"/>
            <w:vAlign w:val="center"/>
          </w:tcPr>
          <w:p w14:paraId="4D4C852A" w14:textId="77777777" w:rsidR="001B6DF4" w:rsidRPr="004E28EF" w:rsidRDefault="00000000">
            <w:pPr>
              <w:spacing w:after="0" w:line="240" w:lineRule="auto"/>
              <w:rPr>
                <w:lang w:val="pl-PL"/>
              </w:rPr>
            </w:pPr>
            <w:r w:rsidRPr="004E28EF">
              <w:rPr>
                <w:b/>
                <w:sz w:val="18"/>
                <w:lang w:val="pl-PL"/>
              </w:rPr>
              <w:t>Osoba/osoby uprawnione do reprezentacji</w:t>
            </w:r>
          </w:p>
        </w:tc>
        <w:tc>
          <w:tcPr>
            <w:tcW w:w="5953" w:type="dxa"/>
            <w:vAlign w:val="center"/>
          </w:tcPr>
          <w:p w14:paraId="0B9D7487" w14:textId="77777777" w:rsidR="001B6DF4" w:rsidRPr="008362B0" w:rsidRDefault="001B6DF4">
            <w:pPr>
              <w:spacing w:after="0" w:line="240" w:lineRule="auto"/>
              <w:rPr>
                <w:lang w:val="pl-PL"/>
              </w:rPr>
            </w:pPr>
          </w:p>
        </w:tc>
      </w:tr>
      <w:tr w:rsidR="001B6DF4" w:rsidRPr="004E28EF" w14:paraId="12D41D5D" w14:textId="77777777">
        <w:trPr>
          <w:jc w:val="center"/>
        </w:trPr>
        <w:tc>
          <w:tcPr>
            <w:tcW w:w="3402" w:type="dxa"/>
            <w:shd w:val="clear" w:color="auto" w:fill="F2F2F2"/>
            <w:vAlign w:val="center"/>
          </w:tcPr>
          <w:p w14:paraId="42870BCD" w14:textId="77777777" w:rsidR="001B6DF4" w:rsidRDefault="00000000">
            <w:pPr>
              <w:spacing w:after="0" w:line="240" w:lineRule="auto"/>
            </w:pPr>
            <w:r>
              <w:rPr>
                <w:b/>
                <w:sz w:val="18"/>
              </w:rPr>
              <w:t>Podstawa reprezentacji</w:t>
            </w:r>
          </w:p>
        </w:tc>
        <w:tc>
          <w:tcPr>
            <w:tcW w:w="5953" w:type="dxa"/>
            <w:vAlign w:val="center"/>
          </w:tcPr>
          <w:p w14:paraId="51DC7DD4" w14:textId="77777777" w:rsidR="001B6DF4" w:rsidRPr="004E28EF" w:rsidRDefault="001B6DF4">
            <w:pPr>
              <w:spacing w:after="0" w:line="240" w:lineRule="auto"/>
              <w:rPr>
                <w:lang w:val="pl-PL"/>
              </w:rPr>
            </w:pPr>
          </w:p>
        </w:tc>
      </w:tr>
      <w:tr w:rsidR="001B6DF4" w14:paraId="4A836512" w14:textId="77777777">
        <w:trPr>
          <w:jc w:val="center"/>
        </w:trPr>
        <w:tc>
          <w:tcPr>
            <w:tcW w:w="3402" w:type="dxa"/>
            <w:shd w:val="clear" w:color="auto" w:fill="F2F2F2"/>
            <w:vAlign w:val="center"/>
          </w:tcPr>
          <w:p w14:paraId="6E77291D" w14:textId="77777777" w:rsidR="001B6DF4" w:rsidRDefault="00000000">
            <w:pPr>
              <w:spacing w:after="0" w:line="240" w:lineRule="auto"/>
            </w:pPr>
            <w:r>
              <w:rPr>
                <w:b/>
                <w:sz w:val="18"/>
              </w:rPr>
              <w:t>Osoba kontaktowa ds. członkostwa</w:t>
            </w:r>
          </w:p>
        </w:tc>
        <w:tc>
          <w:tcPr>
            <w:tcW w:w="5953" w:type="dxa"/>
            <w:vAlign w:val="center"/>
          </w:tcPr>
          <w:p w14:paraId="6C711D71" w14:textId="77777777" w:rsidR="001B6DF4" w:rsidRDefault="001B6DF4">
            <w:pPr>
              <w:spacing w:after="0" w:line="240" w:lineRule="auto"/>
            </w:pPr>
          </w:p>
        </w:tc>
      </w:tr>
      <w:tr w:rsidR="001B6DF4" w:rsidRPr="00D900B8" w14:paraId="4C3A92DA" w14:textId="77777777">
        <w:trPr>
          <w:jc w:val="center"/>
        </w:trPr>
        <w:tc>
          <w:tcPr>
            <w:tcW w:w="3402" w:type="dxa"/>
            <w:shd w:val="clear" w:color="auto" w:fill="F2F2F2"/>
            <w:vAlign w:val="center"/>
          </w:tcPr>
          <w:p w14:paraId="2DC94878" w14:textId="77777777" w:rsidR="001B6DF4" w:rsidRPr="004E28EF" w:rsidRDefault="00000000">
            <w:pPr>
              <w:spacing w:after="0" w:line="240" w:lineRule="auto"/>
              <w:rPr>
                <w:lang w:val="pl-PL"/>
              </w:rPr>
            </w:pPr>
            <w:r w:rsidRPr="004E28EF">
              <w:rPr>
                <w:b/>
                <w:sz w:val="18"/>
                <w:lang w:val="pl-PL"/>
              </w:rPr>
              <w:t>Adres e-mail osoby kontaktowej</w:t>
            </w:r>
          </w:p>
        </w:tc>
        <w:tc>
          <w:tcPr>
            <w:tcW w:w="5953" w:type="dxa"/>
            <w:vAlign w:val="center"/>
          </w:tcPr>
          <w:p w14:paraId="1DEDF0C6" w14:textId="77777777" w:rsidR="001B6DF4" w:rsidRPr="004E28EF" w:rsidRDefault="00000000">
            <w:pPr>
              <w:spacing w:after="0" w:line="240" w:lineRule="auto"/>
              <w:rPr>
                <w:lang w:val="pl-PL"/>
              </w:rPr>
            </w:pPr>
            <w:r w:rsidRPr="004E28EF">
              <w:rPr>
                <w:color w:val="505050"/>
                <w:sz w:val="18"/>
                <w:lang w:val="pl-PL"/>
              </w:rPr>
              <w:t xml:space="preserve"> </w:t>
            </w:r>
          </w:p>
        </w:tc>
      </w:tr>
      <w:tr w:rsidR="001B6DF4" w14:paraId="3DC9B209" w14:textId="77777777">
        <w:trPr>
          <w:jc w:val="center"/>
        </w:trPr>
        <w:tc>
          <w:tcPr>
            <w:tcW w:w="3402" w:type="dxa"/>
            <w:shd w:val="clear" w:color="auto" w:fill="F2F2F2"/>
            <w:vAlign w:val="center"/>
          </w:tcPr>
          <w:p w14:paraId="7E209480" w14:textId="77777777" w:rsidR="001B6DF4" w:rsidRDefault="00000000">
            <w:pPr>
              <w:spacing w:after="0" w:line="240" w:lineRule="auto"/>
            </w:pPr>
            <w:r>
              <w:rPr>
                <w:b/>
                <w:sz w:val="18"/>
              </w:rPr>
              <w:t>Telefon osoby kontaktowej</w:t>
            </w:r>
          </w:p>
        </w:tc>
        <w:tc>
          <w:tcPr>
            <w:tcW w:w="5953" w:type="dxa"/>
            <w:vAlign w:val="center"/>
          </w:tcPr>
          <w:p w14:paraId="42EDF480" w14:textId="77777777" w:rsidR="001B6DF4" w:rsidRDefault="00000000">
            <w:pPr>
              <w:spacing w:after="0" w:line="240" w:lineRule="auto"/>
            </w:pPr>
            <w:r>
              <w:rPr>
                <w:color w:val="505050"/>
                <w:sz w:val="18"/>
              </w:rPr>
              <w:t xml:space="preserve"> </w:t>
            </w:r>
          </w:p>
        </w:tc>
      </w:tr>
      <w:tr w:rsidR="001B6DF4" w:rsidRPr="00D900B8" w14:paraId="341E60C9" w14:textId="77777777">
        <w:trPr>
          <w:jc w:val="center"/>
        </w:trPr>
        <w:tc>
          <w:tcPr>
            <w:tcW w:w="3402" w:type="dxa"/>
            <w:shd w:val="clear" w:color="auto" w:fill="F2F2F2"/>
            <w:vAlign w:val="center"/>
          </w:tcPr>
          <w:p w14:paraId="7DBFCD72" w14:textId="77777777" w:rsidR="001B6DF4" w:rsidRPr="004E28EF" w:rsidRDefault="00000000">
            <w:pPr>
              <w:spacing w:after="0" w:line="240" w:lineRule="auto"/>
              <w:rPr>
                <w:lang w:val="pl-PL"/>
              </w:rPr>
            </w:pPr>
            <w:r w:rsidRPr="004E28EF">
              <w:rPr>
                <w:b/>
                <w:sz w:val="18"/>
                <w:lang w:val="pl-PL"/>
              </w:rPr>
              <w:t>Adres korespondencyjny, jeżeli inny niż siedziba</w:t>
            </w:r>
          </w:p>
        </w:tc>
        <w:tc>
          <w:tcPr>
            <w:tcW w:w="5953" w:type="dxa"/>
            <w:vAlign w:val="center"/>
          </w:tcPr>
          <w:p w14:paraId="423987DF" w14:textId="77777777" w:rsidR="001B6DF4" w:rsidRPr="004E28EF" w:rsidRDefault="00000000">
            <w:pPr>
              <w:spacing w:after="0" w:line="240" w:lineRule="auto"/>
              <w:rPr>
                <w:lang w:val="pl-PL"/>
              </w:rPr>
            </w:pPr>
            <w:r w:rsidRPr="004E28EF">
              <w:rPr>
                <w:color w:val="505050"/>
                <w:sz w:val="18"/>
                <w:lang w:val="pl-PL"/>
              </w:rPr>
              <w:t xml:space="preserve"> </w:t>
            </w:r>
          </w:p>
        </w:tc>
      </w:tr>
    </w:tbl>
    <w:p w14:paraId="0C73D2A5" w14:textId="77777777" w:rsidR="001B6DF4" w:rsidRPr="004E28EF" w:rsidRDefault="001B6DF4">
      <w:pPr>
        <w:rPr>
          <w:lang w:val="pl-PL"/>
        </w:rPr>
      </w:pPr>
    </w:p>
    <w:p w14:paraId="5264AC54" w14:textId="77777777" w:rsidR="001B6DF4" w:rsidRDefault="00000000">
      <w:pPr>
        <w:spacing w:before="160" w:after="120" w:line="240" w:lineRule="auto"/>
      </w:pPr>
      <w:r>
        <w:rPr>
          <w:b/>
          <w:color w:val="1F4E79"/>
          <w:sz w:val="26"/>
        </w:rPr>
        <w:t>III. STATUS PODMIOTU</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1B6DF4" w14:paraId="6A830AC1" w14:textId="77777777">
        <w:trPr>
          <w:jc w:val="center"/>
        </w:trPr>
        <w:tc>
          <w:tcPr>
            <w:tcW w:w="4536" w:type="dxa"/>
          </w:tcPr>
          <w:p w14:paraId="7B33E8AE" w14:textId="77777777" w:rsidR="001B6DF4" w:rsidRDefault="00000000">
            <w:pPr>
              <w:spacing w:after="40" w:line="240" w:lineRule="auto"/>
            </w:pPr>
            <w:r>
              <w:rPr>
                <w:rFonts w:ascii="DejaVu Sans" w:eastAsia="DejaVu Sans" w:hAnsi="DejaVu Sans"/>
              </w:rPr>
              <w:t xml:space="preserve">☐ </w:t>
            </w:r>
            <w:r>
              <w:rPr>
                <w:sz w:val="19"/>
              </w:rPr>
              <w:t>mikroprzedsiębiorca</w:t>
            </w:r>
          </w:p>
        </w:tc>
        <w:tc>
          <w:tcPr>
            <w:tcW w:w="4536" w:type="dxa"/>
          </w:tcPr>
          <w:p w14:paraId="11725712" w14:textId="77777777" w:rsidR="001B6DF4" w:rsidRDefault="00000000">
            <w:pPr>
              <w:spacing w:after="40" w:line="240" w:lineRule="auto"/>
            </w:pPr>
            <w:r>
              <w:rPr>
                <w:rFonts w:ascii="DejaVu Sans" w:eastAsia="DejaVu Sans" w:hAnsi="DejaVu Sans"/>
              </w:rPr>
              <w:t xml:space="preserve">☐ </w:t>
            </w:r>
            <w:r>
              <w:rPr>
                <w:sz w:val="19"/>
              </w:rPr>
              <w:t>mały przedsiębiorca</w:t>
            </w:r>
          </w:p>
        </w:tc>
      </w:tr>
      <w:tr w:rsidR="001B6DF4" w14:paraId="76941B09" w14:textId="77777777">
        <w:trPr>
          <w:jc w:val="center"/>
        </w:trPr>
        <w:tc>
          <w:tcPr>
            <w:tcW w:w="4536" w:type="dxa"/>
          </w:tcPr>
          <w:p w14:paraId="40407750" w14:textId="77777777" w:rsidR="001B6DF4" w:rsidRDefault="00000000">
            <w:pPr>
              <w:spacing w:after="40" w:line="240" w:lineRule="auto"/>
            </w:pPr>
            <w:r>
              <w:rPr>
                <w:rFonts w:ascii="DejaVu Sans" w:eastAsia="DejaVu Sans" w:hAnsi="DejaVu Sans"/>
              </w:rPr>
              <w:t xml:space="preserve">☐ </w:t>
            </w:r>
            <w:r>
              <w:rPr>
                <w:sz w:val="19"/>
              </w:rPr>
              <w:t>średni przedsiębiorca</w:t>
            </w:r>
          </w:p>
        </w:tc>
        <w:tc>
          <w:tcPr>
            <w:tcW w:w="4536" w:type="dxa"/>
          </w:tcPr>
          <w:p w14:paraId="042E12CE" w14:textId="77777777" w:rsidR="001B6DF4" w:rsidRDefault="00000000">
            <w:pPr>
              <w:spacing w:after="40" w:line="240" w:lineRule="auto"/>
            </w:pPr>
            <w:r>
              <w:rPr>
                <w:rFonts w:ascii="DejaVu Sans" w:eastAsia="DejaVu Sans" w:hAnsi="DejaVu Sans"/>
              </w:rPr>
              <w:t xml:space="preserve">☐ </w:t>
            </w:r>
            <w:r>
              <w:rPr>
                <w:sz w:val="19"/>
              </w:rPr>
              <w:t>duży przedsiębiorca</w:t>
            </w:r>
          </w:p>
        </w:tc>
      </w:tr>
      <w:tr w:rsidR="001B6DF4" w14:paraId="3B11D596" w14:textId="77777777">
        <w:trPr>
          <w:jc w:val="center"/>
        </w:trPr>
        <w:tc>
          <w:tcPr>
            <w:tcW w:w="4536" w:type="dxa"/>
          </w:tcPr>
          <w:p w14:paraId="2ADE1CEF" w14:textId="77777777" w:rsidR="001B6DF4" w:rsidRDefault="00000000">
            <w:pPr>
              <w:spacing w:after="40" w:line="240" w:lineRule="auto"/>
            </w:pPr>
            <w:r>
              <w:rPr>
                <w:rFonts w:ascii="DejaVu Sans" w:eastAsia="DejaVu Sans" w:hAnsi="DejaVu Sans"/>
              </w:rPr>
              <w:t xml:space="preserve">☐ </w:t>
            </w:r>
            <w:r>
              <w:rPr>
                <w:sz w:val="19"/>
              </w:rPr>
              <w:t>uczelnia wyższa</w:t>
            </w:r>
          </w:p>
        </w:tc>
        <w:tc>
          <w:tcPr>
            <w:tcW w:w="4536" w:type="dxa"/>
          </w:tcPr>
          <w:p w14:paraId="2608CF9F" w14:textId="77777777" w:rsidR="001B6DF4" w:rsidRDefault="00000000">
            <w:pPr>
              <w:spacing w:after="40" w:line="240" w:lineRule="auto"/>
            </w:pPr>
            <w:r>
              <w:rPr>
                <w:rFonts w:ascii="DejaVu Sans" w:eastAsia="DejaVu Sans" w:hAnsi="DejaVu Sans"/>
              </w:rPr>
              <w:t xml:space="preserve">☐ </w:t>
            </w:r>
            <w:r>
              <w:rPr>
                <w:sz w:val="19"/>
              </w:rPr>
              <w:t>instytut naukowy / badawczy</w:t>
            </w:r>
          </w:p>
        </w:tc>
      </w:tr>
      <w:tr w:rsidR="001B6DF4" w14:paraId="671AE0CD" w14:textId="77777777">
        <w:trPr>
          <w:jc w:val="center"/>
        </w:trPr>
        <w:tc>
          <w:tcPr>
            <w:tcW w:w="4536" w:type="dxa"/>
          </w:tcPr>
          <w:p w14:paraId="363BB8A1" w14:textId="77777777" w:rsidR="001B6DF4" w:rsidRDefault="00000000">
            <w:pPr>
              <w:spacing w:after="40" w:line="240" w:lineRule="auto"/>
            </w:pPr>
            <w:r>
              <w:rPr>
                <w:rFonts w:ascii="DejaVu Sans" w:eastAsia="DejaVu Sans" w:hAnsi="DejaVu Sans"/>
              </w:rPr>
              <w:t xml:space="preserve">☐ </w:t>
            </w:r>
            <w:r>
              <w:rPr>
                <w:sz w:val="19"/>
              </w:rPr>
              <w:t>organizacja pozarządowa</w:t>
            </w:r>
          </w:p>
        </w:tc>
        <w:tc>
          <w:tcPr>
            <w:tcW w:w="4536" w:type="dxa"/>
          </w:tcPr>
          <w:p w14:paraId="2C26C9DD" w14:textId="77777777" w:rsidR="001B6DF4" w:rsidRDefault="00000000">
            <w:pPr>
              <w:spacing w:after="40" w:line="240" w:lineRule="auto"/>
            </w:pPr>
            <w:r>
              <w:rPr>
                <w:rFonts w:ascii="DejaVu Sans" w:eastAsia="DejaVu Sans" w:hAnsi="DejaVu Sans"/>
              </w:rPr>
              <w:t xml:space="preserve">☐ </w:t>
            </w:r>
            <w:r>
              <w:rPr>
                <w:sz w:val="19"/>
              </w:rPr>
              <w:t>jednostka samorządu terytorialnego</w:t>
            </w:r>
          </w:p>
        </w:tc>
      </w:tr>
      <w:tr w:rsidR="001B6DF4" w14:paraId="3226C095" w14:textId="77777777">
        <w:trPr>
          <w:jc w:val="center"/>
        </w:trPr>
        <w:tc>
          <w:tcPr>
            <w:tcW w:w="4536" w:type="dxa"/>
          </w:tcPr>
          <w:p w14:paraId="0D2EF72F" w14:textId="77777777" w:rsidR="001B6DF4" w:rsidRDefault="00000000">
            <w:pPr>
              <w:spacing w:after="40" w:line="240" w:lineRule="auto"/>
            </w:pPr>
            <w:r>
              <w:rPr>
                <w:rFonts w:ascii="DejaVu Sans" w:eastAsia="DejaVu Sans" w:hAnsi="DejaVu Sans"/>
              </w:rPr>
              <w:t xml:space="preserve">☐ </w:t>
            </w:r>
            <w:r>
              <w:rPr>
                <w:sz w:val="19"/>
              </w:rPr>
              <w:t>organizacja wspierająca</w:t>
            </w:r>
          </w:p>
        </w:tc>
        <w:tc>
          <w:tcPr>
            <w:tcW w:w="4536" w:type="dxa"/>
          </w:tcPr>
          <w:p w14:paraId="5DCD9054" w14:textId="77777777" w:rsidR="001B6DF4" w:rsidRDefault="00000000">
            <w:pPr>
              <w:spacing w:after="40" w:line="240" w:lineRule="auto"/>
            </w:pPr>
            <w:r>
              <w:rPr>
                <w:rFonts w:ascii="DejaVu Sans" w:eastAsia="DejaVu Sans" w:hAnsi="DejaVu Sans"/>
              </w:rPr>
              <w:t xml:space="preserve">☐ </w:t>
            </w:r>
            <w:r>
              <w:rPr>
                <w:sz w:val="19"/>
              </w:rPr>
              <w:t>inny podmiot: ........................................</w:t>
            </w:r>
          </w:p>
        </w:tc>
      </w:tr>
    </w:tbl>
    <w:p w14:paraId="13B6D458" w14:textId="77777777" w:rsidR="001B6DF4" w:rsidRDefault="001B6DF4"/>
    <w:p w14:paraId="67FD00FE" w14:textId="77777777" w:rsidR="001B6DF4" w:rsidRPr="004E28EF" w:rsidRDefault="00000000">
      <w:pPr>
        <w:spacing w:before="160" w:after="120" w:line="240" w:lineRule="auto"/>
        <w:rPr>
          <w:lang w:val="pl-PL"/>
        </w:rPr>
      </w:pPr>
      <w:r w:rsidRPr="004E28EF">
        <w:rPr>
          <w:b/>
          <w:color w:val="1F4E79"/>
          <w:sz w:val="26"/>
          <w:lang w:val="pl-PL"/>
        </w:rPr>
        <w:lastRenderedPageBreak/>
        <w:t>IV. PROFIL DZIAŁALNOŚCI I OBSZARY WSPÓŁPRACY</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402"/>
        <w:gridCol w:w="5953"/>
      </w:tblGrid>
      <w:tr w:rsidR="001B6DF4" w14:paraId="728BA61E" w14:textId="77777777">
        <w:trPr>
          <w:jc w:val="center"/>
        </w:trPr>
        <w:tc>
          <w:tcPr>
            <w:tcW w:w="3402" w:type="dxa"/>
            <w:shd w:val="clear" w:color="auto" w:fill="F2F2F2"/>
            <w:vAlign w:val="center"/>
          </w:tcPr>
          <w:p w14:paraId="701C05FC" w14:textId="77777777" w:rsidR="001B6DF4" w:rsidRDefault="00000000">
            <w:pPr>
              <w:spacing w:after="0" w:line="240" w:lineRule="auto"/>
            </w:pPr>
            <w:r>
              <w:rPr>
                <w:b/>
                <w:sz w:val="18"/>
              </w:rPr>
              <w:t>Główna branża / sektor działalności</w:t>
            </w:r>
          </w:p>
        </w:tc>
        <w:tc>
          <w:tcPr>
            <w:tcW w:w="5953" w:type="dxa"/>
            <w:vAlign w:val="center"/>
          </w:tcPr>
          <w:p w14:paraId="7E1E7C18" w14:textId="77777777" w:rsidR="001B6DF4" w:rsidRDefault="00000000">
            <w:pPr>
              <w:spacing w:after="0" w:line="240" w:lineRule="auto"/>
            </w:pPr>
            <w:r>
              <w:rPr>
                <w:color w:val="505050"/>
                <w:sz w:val="18"/>
              </w:rPr>
              <w:t xml:space="preserve"> </w:t>
            </w:r>
          </w:p>
        </w:tc>
      </w:tr>
      <w:tr w:rsidR="001B6DF4" w14:paraId="4D52214A" w14:textId="77777777">
        <w:trPr>
          <w:jc w:val="center"/>
        </w:trPr>
        <w:tc>
          <w:tcPr>
            <w:tcW w:w="3402" w:type="dxa"/>
            <w:shd w:val="clear" w:color="auto" w:fill="F2F2F2"/>
            <w:vAlign w:val="center"/>
          </w:tcPr>
          <w:p w14:paraId="7270C169" w14:textId="77777777" w:rsidR="001B6DF4" w:rsidRDefault="00000000">
            <w:pPr>
              <w:spacing w:after="0" w:line="240" w:lineRule="auto"/>
            </w:pPr>
            <w:r>
              <w:rPr>
                <w:b/>
                <w:sz w:val="18"/>
              </w:rPr>
              <w:t>Krótki opis działalności</w:t>
            </w:r>
          </w:p>
        </w:tc>
        <w:tc>
          <w:tcPr>
            <w:tcW w:w="5953" w:type="dxa"/>
            <w:vAlign w:val="center"/>
          </w:tcPr>
          <w:p w14:paraId="6AB8C45D" w14:textId="77777777" w:rsidR="001B6DF4" w:rsidRDefault="00000000">
            <w:pPr>
              <w:spacing w:after="0" w:line="240" w:lineRule="auto"/>
            </w:pPr>
            <w:r>
              <w:rPr>
                <w:color w:val="505050"/>
                <w:sz w:val="18"/>
              </w:rPr>
              <w:br/>
            </w:r>
            <w:r>
              <w:rPr>
                <w:color w:val="505050"/>
                <w:sz w:val="18"/>
              </w:rPr>
              <w:br/>
            </w:r>
          </w:p>
        </w:tc>
      </w:tr>
      <w:tr w:rsidR="001B6DF4" w14:paraId="13B1503F" w14:textId="77777777">
        <w:trPr>
          <w:jc w:val="center"/>
        </w:trPr>
        <w:tc>
          <w:tcPr>
            <w:tcW w:w="3402" w:type="dxa"/>
            <w:shd w:val="clear" w:color="auto" w:fill="F2F2F2"/>
            <w:vAlign w:val="center"/>
          </w:tcPr>
          <w:p w14:paraId="62D3F73C" w14:textId="77777777" w:rsidR="001B6DF4" w:rsidRDefault="00000000">
            <w:pPr>
              <w:spacing w:after="0" w:line="240" w:lineRule="auto"/>
            </w:pPr>
            <w:r>
              <w:rPr>
                <w:b/>
                <w:sz w:val="18"/>
              </w:rPr>
              <w:t>Główne produkty / usługi</w:t>
            </w:r>
          </w:p>
        </w:tc>
        <w:tc>
          <w:tcPr>
            <w:tcW w:w="5953" w:type="dxa"/>
            <w:vAlign w:val="center"/>
          </w:tcPr>
          <w:p w14:paraId="78C0B374" w14:textId="77777777" w:rsidR="001B6DF4" w:rsidRDefault="00000000">
            <w:pPr>
              <w:spacing w:after="0" w:line="240" w:lineRule="auto"/>
            </w:pPr>
            <w:r>
              <w:rPr>
                <w:color w:val="505050"/>
                <w:sz w:val="18"/>
              </w:rPr>
              <w:t xml:space="preserve"> </w:t>
            </w:r>
          </w:p>
        </w:tc>
      </w:tr>
      <w:tr w:rsidR="001B6DF4" w:rsidRPr="00D900B8" w14:paraId="759C1664" w14:textId="77777777">
        <w:trPr>
          <w:jc w:val="center"/>
        </w:trPr>
        <w:tc>
          <w:tcPr>
            <w:tcW w:w="3402" w:type="dxa"/>
            <w:shd w:val="clear" w:color="auto" w:fill="F2F2F2"/>
            <w:vAlign w:val="center"/>
          </w:tcPr>
          <w:p w14:paraId="146031F8" w14:textId="77777777" w:rsidR="001B6DF4" w:rsidRPr="004E28EF" w:rsidRDefault="00000000">
            <w:pPr>
              <w:spacing w:after="0" w:line="240" w:lineRule="auto"/>
              <w:rPr>
                <w:lang w:val="pl-PL"/>
              </w:rPr>
            </w:pPr>
            <w:r w:rsidRPr="004E28EF">
              <w:rPr>
                <w:b/>
                <w:sz w:val="18"/>
                <w:lang w:val="pl-PL"/>
              </w:rPr>
              <w:t>Doświadczenie we współpracy z Chinami</w:t>
            </w:r>
          </w:p>
        </w:tc>
        <w:tc>
          <w:tcPr>
            <w:tcW w:w="5953" w:type="dxa"/>
            <w:vAlign w:val="center"/>
          </w:tcPr>
          <w:p w14:paraId="4969A998" w14:textId="77777777" w:rsidR="001B6DF4" w:rsidRPr="004E28EF" w:rsidRDefault="001B6DF4">
            <w:pPr>
              <w:spacing w:after="0" w:line="240" w:lineRule="auto"/>
              <w:rPr>
                <w:lang w:val="pl-PL"/>
              </w:rPr>
            </w:pPr>
          </w:p>
        </w:tc>
      </w:tr>
    </w:tbl>
    <w:p w14:paraId="0013E2EF" w14:textId="77777777" w:rsidR="001B6DF4" w:rsidRPr="004E28EF" w:rsidRDefault="001B6DF4">
      <w:pPr>
        <w:rPr>
          <w:lang w:val="pl-PL"/>
        </w:rPr>
      </w:pPr>
    </w:p>
    <w:p w14:paraId="15F58DD2" w14:textId="4282A6A7" w:rsidR="001B6DF4" w:rsidRPr="004E28EF" w:rsidRDefault="00000000">
      <w:pPr>
        <w:spacing w:after="60" w:line="240" w:lineRule="auto"/>
        <w:rPr>
          <w:lang w:val="pl-PL"/>
        </w:rPr>
      </w:pPr>
      <w:r w:rsidRPr="004E28EF">
        <w:rPr>
          <w:i/>
          <w:color w:val="5A5A5A"/>
          <w:sz w:val="18"/>
          <w:lang w:val="pl-PL"/>
        </w:rPr>
        <w:t>Proszę zaznaczyć właściwe obszary zainteresowania współpracą z PCHIPH.</w:t>
      </w:r>
      <w:r w:rsidR="00D900B8">
        <w:rPr>
          <w:i/>
          <w:color w:val="5A5A5A"/>
          <w:sz w:val="18"/>
          <w:lang w:val="pl-PL"/>
        </w:rPr>
        <w:t xml:space="preserve"> (Opcjonalnie)</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1B6DF4" w14:paraId="69936EEC" w14:textId="77777777">
        <w:trPr>
          <w:jc w:val="center"/>
        </w:trPr>
        <w:tc>
          <w:tcPr>
            <w:tcW w:w="4536" w:type="dxa"/>
          </w:tcPr>
          <w:p w14:paraId="084E5E1A" w14:textId="77777777" w:rsidR="001B6DF4" w:rsidRDefault="00000000">
            <w:pPr>
              <w:spacing w:after="40" w:line="240" w:lineRule="auto"/>
            </w:pPr>
            <w:r>
              <w:rPr>
                <w:rFonts w:ascii="DejaVu Sans" w:eastAsia="DejaVu Sans" w:hAnsi="DejaVu Sans"/>
              </w:rPr>
              <w:t xml:space="preserve">☐ </w:t>
            </w:r>
            <w:r>
              <w:rPr>
                <w:sz w:val="19"/>
              </w:rPr>
              <w:t>rozwój eksportu do Chin</w:t>
            </w:r>
          </w:p>
        </w:tc>
        <w:tc>
          <w:tcPr>
            <w:tcW w:w="4536" w:type="dxa"/>
          </w:tcPr>
          <w:p w14:paraId="417CBE0A" w14:textId="77777777" w:rsidR="001B6DF4" w:rsidRDefault="00000000">
            <w:pPr>
              <w:spacing w:after="40" w:line="240" w:lineRule="auto"/>
            </w:pPr>
            <w:r>
              <w:rPr>
                <w:rFonts w:ascii="DejaVu Sans" w:eastAsia="DejaVu Sans" w:hAnsi="DejaVu Sans"/>
              </w:rPr>
              <w:t xml:space="preserve">☐ </w:t>
            </w:r>
            <w:r>
              <w:rPr>
                <w:sz w:val="19"/>
              </w:rPr>
              <w:t>rozwój importu z Chin</w:t>
            </w:r>
          </w:p>
        </w:tc>
      </w:tr>
      <w:tr w:rsidR="001B6DF4" w14:paraId="1209A451" w14:textId="77777777">
        <w:trPr>
          <w:jc w:val="center"/>
        </w:trPr>
        <w:tc>
          <w:tcPr>
            <w:tcW w:w="4536" w:type="dxa"/>
          </w:tcPr>
          <w:p w14:paraId="581353EF" w14:textId="77777777" w:rsidR="001B6DF4" w:rsidRDefault="00000000">
            <w:pPr>
              <w:spacing w:after="40" w:line="240" w:lineRule="auto"/>
            </w:pPr>
            <w:r>
              <w:rPr>
                <w:rFonts w:ascii="DejaVu Sans" w:eastAsia="DejaVu Sans" w:hAnsi="DejaVu Sans"/>
              </w:rPr>
              <w:t xml:space="preserve">☐ </w:t>
            </w:r>
            <w:r>
              <w:rPr>
                <w:sz w:val="19"/>
              </w:rPr>
              <w:t>pozyskiwanie partnerów handlowych</w:t>
            </w:r>
          </w:p>
        </w:tc>
        <w:tc>
          <w:tcPr>
            <w:tcW w:w="4536" w:type="dxa"/>
          </w:tcPr>
          <w:p w14:paraId="7887EFDB" w14:textId="77777777" w:rsidR="001B6DF4" w:rsidRDefault="00000000">
            <w:pPr>
              <w:spacing w:after="40" w:line="240" w:lineRule="auto"/>
            </w:pPr>
            <w:r>
              <w:rPr>
                <w:rFonts w:ascii="DejaVu Sans" w:eastAsia="DejaVu Sans" w:hAnsi="DejaVu Sans"/>
              </w:rPr>
              <w:t xml:space="preserve">☐ </w:t>
            </w:r>
            <w:r>
              <w:rPr>
                <w:sz w:val="19"/>
              </w:rPr>
              <w:t>misje gospodarcze</w:t>
            </w:r>
          </w:p>
        </w:tc>
      </w:tr>
      <w:tr w:rsidR="001B6DF4" w14:paraId="044B5416" w14:textId="77777777">
        <w:trPr>
          <w:jc w:val="center"/>
        </w:trPr>
        <w:tc>
          <w:tcPr>
            <w:tcW w:w="4536" w:type="dxa"/>
          </w:tcPr>
          <w:p w14:paraId="16F15F5E" w14:textId="77777777" w:rsidR="001B6DF4" w:rsidRPr="004E28EF" w:rsidRDefault="00000000">
            <w:pPr>
              <w:spacing w:after="40" w:line="240" w:lineRule="auto"/>
              <w:rPr>
                <w:lang w:val="pl-PL"/>
              </w:rPr>
            </w:pPr>
            <w:r w:rsidRPr="004E28EF">
              <w:rPr>
                <w:rFonts w:ascii="DejaVu Sans" w:eastAsia="DejaVu Sans" w:hAnsi="DejaVu Sans"/>
                <w:lang w:val="pl-PL"/>
              </w:rPr>
              <w:t xml:space="preserve">☐ </w:t>
            </w:r>
            <w:r w:rsidRPr="004E28EF">
              <w:rPr>
                <w:sz w:val="19"/>
                <w:lang w:val="pl-PL"/>
              </w:rPr>
              <w:t>udział w targach i wydarzeniach</w:t>
            </w:r>
          </w:p>
        </w:tc>
        <w:tc>
          <w:tcPr>
            <w:tcW w:w="4536" w:type="dxa"/>
          </w:tcPr>
          <w:p w14:paraId="44E44582" w14:textId="77777777" w:rsidR="001B6DF4" w:rsidRDefault="00000000">
            <w:pPr>
              <w:spacing w:after="40" w:line="240" w:lineRule="auto"/>
            </w:pPr>
            <w:r>
              <w:rPr>
                <w:rFonts w:ascii="DejaVu Sans" w:eastAsia="DejaVu Sans" w:hAnsi="DejaVu Sans"/>
              </w:rPr>
              <w:t xml:space="preserve">☐ </w:t>
            </w:r>
            <w:r>
              <w:rPr>
                <w:sz w:val="19"/>
              </w:rPr>
              <w:t>networking biznesowy</w:t>
            </w:r>
          </w:p>
        </w:tc>
      </w:tr>
      <w:tr w:rsidR="001B6DF4" w14:paraId="27DB5145" w14:textId="77777777">
        <w:trPr>
          <w:jc w:val="center"/>
        </w:trPr>
        <w:tc>
          <w:tcPr>
            <w:tcW w:w="4536" w:type="dxa"/>
          </w:tcPr>
          <w:p w14:paraId="58E58AE2" w14:textId="77777777" w:rsidR="001B6DF4" w:rsidRDefault="00000000">
            <w:pPr>
              <w:spacing w:after="40" w:line="240" w:lineRule="auto"/>
            </w:pPr>
            <w:r>
              <w:rPr>
                <w:rFonts w:ascii="DejaVu Sans" w:eastAsia="DejaVu Sans" w:hAnsi="DejaVu Sans"/>
              </w:rPr>
              <w:t xml:space="preserve">☐ </w:t>
            </w:r>
            <w:r>
              <w:rPr>
                <w:sz w:val="19"/>
              </w:rPr>
              <w:t>promocja firmy</w:t>
            </w:r>
          </w:p>
        </w:tc>
        <w:tc>
          <w:tcPr>
            <w:tcW w:w="4536" w:type="dxa"/>
          </w:tcPr>
          <w:p w14:paraId="790DF776" w14:textId="77777777" w:rsidR="001B6DF4" w:rsidRDefault="00000000">
            <w:pPr>
              <w:spacing w:after="40" w:line="240" w:lineRule="auto"/>
            </w:pPr>
            <w:r>
              <w:rPr>
                <w:rFonts w:ascii="DejaVu Sans" w:eastAsia="DejaVu Sans" w:hAnsi="DejaVu Sans"/>
              </w:rPr>
              <w:t xml:space="preserve">☐ </w:t>
            </w:r>
            <w:r>
              <w:rPr>
                <w:sz w:val="19"/>
              </w:rPr>
              <w:t>wsparcie prawne i administracyjne</w:t>
            </w:r>
          </w:p>
        </w:tc>
      </w:tr>
      <w:tr w:rsidR="001B6DF4" w14:paraId="097EAAD7" w14:textId="77777777">
        <w:trPr>
          <w:jc w:val="center"/>
        </w:trPr>
        <w:tc>
          <w:tcPr>
            <w:tcW w:w="4536" w:type="dxa"/>
          </w:tcPr>
          <w:p w14:paraId="23C99105" w14:textId="77777777" w:rsidR="001B6DF4" w:rsidRDefault="00000000">
            <w:pPr>
              <w:spacing w:after="40" w:line="240" w:lineRule="auto"/>
            </w:pPr>
            <w:r>
              <w:rPr>
                <w:rFonts w:ascii="DejaVu Sans" w:eastAsia="DejaVu Sans" w:hAnsi="DejaVu Sans"/>
              </w:rPr>
              <w:t xml:space="preserve">☐ </w:t>
            </w:r>
            <w:r>
              <w:rPr>
                <w:sz w:val="19"/>
              </w:rPr>
              <w:t>konsultacje inwestycyjne</w:t>
            </w:r>
          </w:p>
        </w:tc>
        <w:tc>
          <w:tcPr>
            <w:tcW w:w="4536" w:type="dxa"/>
          </w:tcPr>
          <w:p w14:paraId="06CD3533" w14:textId="77777777" w:rsidR="001B6DF4" w:rsidRDefault="00000000">
            <w:pPr>
              <w:spacing w:after="40" w:line="240" w:lineRule="auto"/>
            </w:pPr>
            <w:r>
              <w:rPr>
                <w:rFonts w:ascii="DejaVu Sans" w:eastAsia="DejaVu Sans" w:hAnsi="DejaVu Sans"/>
              </w:rPr>
              <w:t xml:space="preserve">☐ </w:t>
            </w:r>
            <w:r>
              <w:rPr>
                <w:sz w:val="19"/>
              </w:rPr>
              <w:t>współpraca technologiczna</w:t>
            </w:r>
          </w:p>
        </w:tc>
      </w:tr>
      <w:tr w:rsidR="001B6DF4" w14:paraId="25F490E1" w14:textId="77777777">
        <w:trPr>
          <w:jc w:val="center"/>
        </w:trPr>
        <w:tc>
          <w:tcPr>
            <w:tcW w:w="4536" w:type="dxa"/>
          </w:tcPr>
          <w:p w14:paraId="5B6CAE41" w14:textId="77777777" w:rsidR="001B6DF4" w:rsidRDefault="00000000">
            <w:pPr>
              <w:spacing w:after="40" w:line="240" w:lineRule="auto"/>
            </w:pPr>
            <w:r>
              <w:rPr>
                <w:rFonts w:ascii="DejaVu Sans" w:eastAsia="DejaVu Sans" w:hAnsi="DejaVu Sans"/>
              </w:rPr>
              <w:t xml:space="preserve">☐ </w:t>
            </w:r>
            <w:r>
              <w:rPr>
                <w:sz w:val="19"/>
              </w:rPr>
              <w:t>współpraca naukowa / edukacyjna</w:t>
            </w:r>
          </w:p>
        </w:tc>
        <w:tc>
          <w:tcPr>
            <w:tcW w:w="4536" w:type="dxa"/>
          </w:tcPr>
          <w:p w14:paraId="7365DDA2" w14:textId="77777777" w:rsidR="001B6DF4" w:rsidRDefault="00000000">
            <w:pPr>
              <w:spacing w:after="40" w:line="240" w:lineRule="auto"/>
            </w:pPr>
            <w:r>
              <w:rPr>
                <w:rFonts w:ascii="DejaVu Sans" w:eastAsia="DejaVu Sans" w:hAnsi="DejaVu Sans"/>
              </w:rPr>
              <w:t xml:space="preserve">☐ </w:t>
            </w:r>
            <w:r>
              <w:rPr>
                <w:sz w:val="19"/>
              </w:rPr>
              <w:t>inne: ........................................</w:t>
            </w:r>
          </w:p>
        </w:tc>
      </w:tr>
    </w:tbl>
    <w:p w14:paraId="3266D97C" w14:textId="77777777" w:rsidR="001B6DF4" w:rsidRDefault="001B6DF4"/>
    <w:p w14:paraId="2EB24A68" w14:textId="5C22042F" w:rsidR="001B6DF4" w:rsidRPr="00EB0ACE" w:rsidRDefault="00000000" w:rsidP="00001F3A">
      <w:pPr>
        <w:rPr>
          <w:lang w:val="pl-PL"/>
        </w:rPr>
      </w:pPr>
      <w:r w:rsidRPr="00EB0ACE">
        <w:rPr>
          <w:b/>
          <w:color w:val="1F4E79"/>
          <w:sz w:val="26"/>
          <w:lang w:val="pl-PL"/>
        </w:rPr>
        <w:t>V.</w:t>
      </w:r>
      <w:r w:rsidR="008362B0">
        <w:rPr>
          <w:b/>
          <w:color w:val="1F4E79"/>
          <w:sz w:val="26"/>
          <w:lang w:val="pl-PL"/>
        </w:rPr>
        <w:t>A.</w:t>
      </w:r>
      <w:r w:rsidRPr="00EB0ACE">
        <w:rPr>
          <w:b/>
          <w:color w:val="1F4E79"/>
          <w:sz w:val="26"/>
          <w:lang w:val="pl-PL"/>
        </w:rPr>
        <w:t xml:space="preserve"> DEKLARACJA I OŚWIADCZENIA KANDYDATA</w:t>
      </w:r>
    </w:p>
    <w:p w14:paraId="08DD41E4" w14:textId="77777777" w:rsidR="001B6DF4" w:rsidRPr="004E28EF" w:rsidRDefault="00000000">
      <w:pPr>
        <w:spacing w:after="120" w:line="240" w:lineRule="auto"/>
        <w:rPr>
          <w:lang w:val="pl-PL"/>
        </w:rPr>
      </w:pPr>
      <w:r w:rsidRPr="004E28EF">
        <w:rPr>
          <w:sz w:val="19"/>
          <w:lang w:val="pl-PL"/>
        </w:rPr>
        <w:t>Działając w imieniu podmiotu wskazanego w niniejszej deklaracji, oświadczam, że:</w:t>
      </w:r>
    </w:p>
    <w:p w14:paraId="2B356D98" w14:textId="77777777" w:rsidR="001B6DF4" w:rsidRPr="004E28EF" w:rsidRDefault="00000000">
      <w:pPr>
        <w:pStyle w:val="Listanumerowana"/>
        <w:spacing w:after="80" w:line="240" w:lineRule="auto"/>
        <w:ind w:left="227"/>
        <w:rPr>
          <w:lang w:val="pl-PL"/>
        </w:rPr>
      </w:pPr>
      <w:r w:rsidRPr="004E28EF">
        <w:rPr>
          <w:sz w:val="19"/>
          <w:lang w:val="pl-PL"/>
        </w:rPr>
        <w:t xml:space="preserve">deklaruję wolę przystąpienia do </w:t>
      </w:r>
      <w:r w:rsidRPr="004E28EF">
        <w:rPr>
          <w:b/>
          <w:sz w:val="19"/>
          <w:lang w:val="pl-PL"/>
        </w:rPr>
        <w:t>Polsko-Chińskiej Izby Przemysłowo-Handlowej</w:t>
      </w:r>
      <w:r w:rsidRPr="004E28EF">
        <w:rPr>
          <w:sz w:val="19"/>
          <w:lang w:val="pl-PL"/>
        </w:rPr>
        <w:t xml:space="preserve"> z siedzibą w Gdyni;</w:t>
      </w:r>
    </w:p>
    <w:p w14:paraId="3BBA28AD" w14:textId="77777777" w:rsidR="001B6DF4" w:rsidRPr="004E28EF" w:rsidRDefault="00000000">
      <w:pPr>
        <w:pStyle w:val="Listanumerowana"/>
        <w:spacing w:after="80" w:line="240" w:lineRule="auto"/>
        <w:ind w:left="227"/>
        <w:rPr>
          <w:lang w:val="pl-PL"/>
        </w:rPr>
      </w:pPr>
      <w:r w:rsidRPr="004E28EF">
        <w:rPr>
          <w:sz w:val="19"/>
          <w:lang w:val="pl-PL"/>
        </w:rPr>
        <w:t>zapoznałem(-am) się ze Statutem Izby oraz zobowiązuję się do przestrzegania jego postanowień, regulaminów i uchwał organów Izby;</w:t>
      </w:r>
    </w:p>
    <w:p w14:paraId="6FB7411F" w14:textId="77777777" w:rsidR="001B6DF4" w:rsidRPr="004E28EF" w:rsidRDefault="00000000">
      <w:pPr>
        <w:pStyle w:val="Listanumerowana"/>
        <w:spacing w:after="80" w:line="240" w:lineRule="auto"/>
        <w:ind w:left="227"/>
        <w:rPr>
          <w:lang w:val="pl-PL"/>
        </w:rPr>
      </w:pPr>
      <w:r w:rsidRPr="004E28EF">
        <w:rPr>
          <w:sz w:val="19"/>
          <w:lang w:val="pl-PL"/>
        </w:rPr>
        <w:t>dane podane w niniejszej deklaracji są zgodne ze stanem faktycznym i prawnym na dzień jej podpisania;</w:t>
      </w:r>
    </w:p>
    <w:p w14:paraId="644A3F04" w14:textId="77777777" w:rsidR="001B6DF4" w:rsidRPr="004E28EF" w:rsidRDefault="00000000">
      <w:pPr>
        <w:pStyle w:val="Listanumerowana"/>
        <w:spacing w:after="80" w:line="240" w:lineRule="auto"/>
        <w:ind w:left="227"/>
        <w:rPr>
          <w:lang w:val="pl-PL"/>
        </w:rPr>
      </w:pPr>
      <w:r w:rsidRPr="004E28EF">
        <w:rPr>
          <w:sz w:val="19"/>
          <w:lang w:val="pl-PL"/>
        </w:rPr>
        <w:t>podmiot prowadzi działalność zgodnie z obowiązującymi przepisami prawa oraz zasadami uczciwego obrotu gospodarczego;</w:t>
      </w:r>
    </w:p>
    <w:p w14:paraId="0F6066EE" w14:textId="77777777" w:rsidR="001B6DF4" w:rsidRPr="004E28EF" w:rsidRDefault="00000000">
      <w:pPr>
        <w:pStyle w:val="Listanumerowana"/>
        <w:spacing w:after="80" w:line="240" w:lineRule="auto"/>
        <w:ind w:left="227"/>
        <w:rPr>
          <w:lang w:val="pl-PL"/>
        </w:rPr>
      </w:pPr>
      <w:r w:rsidRPr="004E28EF">
        <w:rPr>
          <w:sz w:val="19"/>
          <w:lang w:val="pl-PL"/>
        </w:rPr>
        <w:t>zobowiązuję się do niezwłocznego informowania Izby o zmianie danych istotnych dla członkostwa, w szczególności danych rejestrowych, adresowych i kontaktowych;</w:t>
      </w:r>
    </w:p>
    <w:p w14:paraId="00597036" w14:textId="467B709C" w:rsidR="001B6DF4" w:rsidRPr="004E28EF" w:rsidRDefault="00000000">
      <w:pPr>
        <w:pStyle w:val="Listanumerowana"/>
        <w:spacing w:after="80" w:line="240" w:lineRule="auto"/>
        <w:ind w:left="227"/>
        <w:rPr>
          <w:lang w:val="pl-PL"/>
        </w:rPr>
      </w:pPr>
      <w:r w:rsidRPr="004E28EF">
        <w:rPr>
          <w:sz w:val="19"/>
          <w:lang w:val="pl-PL"/>
        </w:rPr>
        <w:t>zobowiązuję się do terminowego regulowania składek członkowskich i innych należności wynikających z uchwał właściwych organów Izby;</w:t>
      </w:r>
    </w:p>
    <w:p w14:paraId="0232807E" w14:textId="77777777" w:rsidR="001B6DF4" w:rsidRPr="004E28EF" w:rsidRDefault="00000000">
      <w:pPr>
        <w:pStyle w:val="Listanumerowana"/>
        <w:spacing w:after="80" w:line="240" w:lineRule="auto"/>
        <w:ind w:left="227"/>
        <w:rPr>
          <w:lang w:val="pl-PL"/>
        </w:rPr>
      </w:pPr>
      <w:r w:rsidRPr="004E28EF">
        <w:rPr>
          <w:sz w:val="19"/>
          <w:lang w:val="pl-PL"/>
        </w:rPr>
        <w:t>przyjmuję do wiadomości, że przyjęcie w poczet członków następuje zgodnie ze Statutem Izby, po rozpatrzeniu deklaracji przez właściwy organ Izby;</w:t>
      </w:r>
    </w:p>
    <w:p w14:paraId="66781014" w14:textId="77777777" w:rsidR="001B6DF4" w:rsidRPr="004E28EF" w:rsidRDefault="00000000">
      <w:pPr>
        <w:pStyle w:val="Listanumerowana"/>
        <w:spacing w:after="80" w:line="240" w:lineRule="auto"/>
        <w:ind w:left="227"/>
        <w:rPr>
          <w:lang w:val="pl-PL"/>
        </w:rPr>
      </w:pPr>
      <w:r w:rsidRPr="004E28EF">
        <w:rPr>
          <w:sz w:val="19"/>
          <w:lang w:val="pl-PL"/>
        </w:rPr>
        <w:t>przyjmuję do wiadomości, że złożenie deklaracji nie oznacza automatycznego nabycia członkostwa, jeżeli Statut lub uchwały organów Izby przewidują odrębną decyzję o przyjęciu;</w:t>
      </w:r>
    </w:p>
    <w:p w14:paraId="270DC139" w14:textId="77777777" w:rsidR="001B6DF4" w:rsidRPr="004E28EF" w:rsidRDefault="00000000">
      <w:pPr>
        <w:pStyle w:val="Listanumerowana"/>
        <w:spacing w:after="80" w:line="240" w:lineRule="auto"/>
        <w:ind w:left="227"/>
        <w:rPr>
          <w:lang w:val="pl-PL"/>
        </w:rPr>
      </w:pPr>
      <w:r w:rsidRPr="004E28EF">
        <w:rPr>
          <w:sz w:val="19"/>
          <w:lang w:val="pl-PL"/>
        </w:rPr>
        <w:t>zobowiązuję się do działania w sposób nienaruszający dobrego imienia Izby ani interesów pozostałych członków Izby.</w:t>
      </w:r>
    </w:p>
    <w:p w14:paraId="55BA65D2" w14:textId="577FFCEF" w:rsidR="0085603C" w:rsidRPr="008362B0" w:rsidRDefault="00000000">
      <w:pPr>
        <w:spacing w:before="160" w:after="120" w:line="240" w:lineRule="auto"/>
        <w:rPr>
          <w:lang w:val="pl-PL"/>
        </w:rPr>
      </w:pPr>
      <w:r w:rsidRPr="008362B0">
        <w:rPr>
          <w:b/>
          <w:color w:val="1F4E79"/>
          <w:sz w:val="26"/>
          <w:lang w:val="pl-PL"/>
        </w:rPr>
        <w:t>V.</w:t>
      </w:r>
      <w:r w:rsidR="008362B0">
        <w:rPr>
          <w:b/>
          <w:color w:val="1F4E79"/>
          <w:sz w:val="26"/>
          <w:lang w:val="pl-PL"/>
        </w:rPr>
        <w:t>B</w:t>
      </w:r>
      <w:r w:rsidRPr="008362B0">
        <w:rPr>
          <w:b/>
          <w:color w:val="1F4E79"/>
          <w:sz w:val="26"/>
          <w:lang w:val="pl-PL"/>
        </w:rPr>
        <w:t>. OPŁATA WPISOWA I SKŁADKA CZŁONKOWSKA</w:t>
      </w:r>
    </w:p>
    <w:p w14:paraId="6AE11961" w14:textId="77777777" w:rsidR="0085603C" w:rsidRPr="008362B0" w:rsidRDefault="00000000">
      <w:pPr>
        <w:spacing w:after="60" w:line="240" w:lineRule="auto"/>
        <w:rPr>
          <w:lang w:val="pl-PL"/>
        </w:rPr>
      </w:pPr>
      <w:r w:rsidRPr="008362B0">
        <w:rPr>
          <w:sz w:val="18"/>
          <w:lang w:val="pl-PL"/>
        </w:rPr>
        <w:t>Kandydat przyjmuje do wiadomości, że przyjęcie w poczet członków Polsko-Chińskiej Izby Przemysłowo-Handlowej może wiązać się z obowiązkiem uiszczenia opłaty wpisowej oraz składki członkowskiej.</w:t>
      </w:r>
    </w:p>
    <w:p w14:paraId="58979440" w14:textId="77777777" w:rsidR="0085603C" w:rsidRPr="008362B0" w:rsidRDefault="00000000">
      <w:pPr>
        <w:spacing w:after="60" w:line="240" w:lineRule="auto"/>
        <w:rPr>
          <w:lang w:val="pl-PL"/>
        </w:rPr>
      </w:pPr>
      <w:r w:rsidRPr="008362B0">
        <w:rPr>
          <w:sz w:val="18"/>
          <w:lang w:val="pl-PL"/>
        </w:rPr>
        <w:t>Wysokość opłaty wpisowej, wysokość składki członkowskiej, terminy płatności oraz zasady ich naliczania określa Statut Izby, uchwała właściwego organu Izby lub aktualna tabela opłat obowiązująca w Izbie.</w:t>
      </w:r>
    </w:p>
    <w:p w14:paraId="4A1F3863" w14:textId="77777777" w:rsidR="0085603C" w:rsidRPr="008362B0" w:rsidRDefault="00000000">
      <w:pPr>
        <w:spacing w:after="60" w:line="240" w:lineRule="auto"/>
        <w:rPr>
          <w:lang w:val="pl-PL"/>
        </w:rPr>
      </w:pPr>
      <w:r w:rsidRPr="008362B0">
        <w:rPr>
          <w:sz w:val="18"/>
          <w:lang w:val="pl-PL"/>
        </w:rPr>
        <w:t>Obowiązek uiszczenia opłaty wpisowej oraz pierwszej składki członkowskiej powstaje po podjęciu decyzji o przyjęciu kandydata w poczet członków Izby, chyba że Statut Izby lub właściwa uchwała stanowi inaczej.</w:t>
      </w:r>
    </w:p>
    <w:p w14:paraId="2AC2FF57" w14:textId="77777777" w:rsidR="0085603C" w:rsidRPr="008362B0" w:rsidRDefault="00000000">
      <w:pPr>
        <w:spacing w:after="60" w:line="240" w:lineRule="auto"/>
        <w:rPr>
          <w:lang w:val="pl-PL"/>
        </w:rPr>
      </w:pPr>
      <w:r w:rsidRPr="008362B0">
        <w:rPr>
          <w:sz w:val="18"/>
          <w:lang w:val="pl-PL"/>
        </w:rPr>
        <w:t>Kandydat zobowiązuje się do uregulowania należnych opłat w terminie wskazanym w wezwaniu do zapłaty, fakturze, nocie księgowej, uchwale lub innym dokumencie wystawionym przez Izbę.</w:t>
      </w:r>
    </w:p>
    <w:p w14:paraId="15CA6A20" w14:textId="77777777" w:rsidR="0085603C" w:rsidRPr="008362B0" w:rsidRDefault="00000000">
      <w:pPr>
        <w:spacing w:after="60" w:line="240" w:lineRule="auto"/>
        <w:rPr>
          <w:lang w:val="pl-PL"/>
        </w:rPr>
      </w:pPr>
      <w:r w:rsidRPr="008362B0">
        <w:rPr>
          <w:sz w:val="18"/>
          <w:lang w:val="pl-PL"/>
        </w:rPr>
        <w:t>Brak uregulowania należnych opłat w wymaganym terminie może skutkować ograniczeniem albo zawieszeniem praw członkowskich lub ustaniem członkostwa, zgodnie ze Statutem Izby oraz obowiązującymi regulacjami wewnętrznymi.</w:t>
      </w:r>
    </w:p>
    <w:p w14:paraId="115605F9" w14:textId="77777777" w:rsidR="0085603C" w:rsidRDefault="00000000">
      <w:pPr>
        <w:spacing w:after="60" w:line="240" w:lineRule="auto"/>
        <w:rPr>
          <w:sz w:val="18"/>
          <w:lang w:val="pl-PL"/>
        </w:rPr>
      </w:pPr>
      <w:r w:rsidRPr="008362B0">
        <w:rPr>
          <w:sz w:val="18"/>
          <w:lang w:val="pl-PL"/>
        </w:rPr>
        <w:t>Opłata wpisowa oraz składki członkowskie już uiszczone co do zasady nie podlegają zwrotowi, chyba że Statut Izby, uchwała właściwego organu Izby lub indywidualna decyzja Izby stanowi inaczej.</w:t>
      </w:r>
    </w:p>
    <w:p w14:paraId="4427FF73" w14:textId="3E759133" w:rsidR="005A43F0" w:rsidRDefault="005A43F0">
      <w:pPr>
        <w:spacing w:after="60" w:line="240" w:lineRule="auto"/>
        <w:rPr>
          <w:sz w:val="18"/>
          <w:lang w:val="pl-PL"/>
        </w:rPr>
      </w:pPr>
      <w:r>
        <w:rPr>
          <w:sz w:val="18"/>
          <w:lang w:val="pl-PL"/>
        </w:rPr>
        <w:t>Wszelkie wpłaty dokonywane będą na rachunek bankowy: 5012403510111100116616</w:t>
      </w:r>
      <w:r w:rsidR="00526BAA">
        <w:rPr>
          <w:sz w:val="18"/>
          <w:lang w:val="pl-PL"/>
        </w:rPr>
        <w:t>3981</w:t>
      </w:r>
    </w:p>
    <w:p w14:paraId="2FB36396" w14:textId="77777777" w:rsidR="007B2DC9" w:rsidRPr="008362B0" w:rsidRDefault="007B2DC9">
      <w:pPr>
        <w:spacing w:after="60" w:line="240" w:lineRule="auto"/>
        <w:rPr>
          <w:lang w:val="pl-PL"/>
        </w:rPr>
      </w:pPr>
    </w:p>
    <w:p w14:paraId="2C2FEBB6" w14:textId="77777777" w:rsidR="001B6DF4" w:rsidRPr="004E28EF" w:rsidRDefault="00000000">
      <w:pPr>
        <w:spacing w:before="160" w:after="120" w:line="240" w:lineRule="auto"/>
        <w:rPr>
          <w:lang w:val="pl-PL"/>
        </w:rPr>
      </w:pPr>
      <w:r w:rsidRPr="004E28EF">
        <w:rPr>
          <w:b/>
          <w:color w:val="1F4E79"/>
          <w:sz w:val="26"/>
          <w:lang w:val="pl-PL"/>
        </w:rPr>
        <w:lastRenderedPageBreak/>
        <w:t>VI. ZGODY I KOMUNIKACJA ELEKTRONICZNA</w:t>
      </w:r>
    </w:p>
    <w:p w14:paraId="45727F2E" w14:textId="77777777" w:rsidR="001B6DF4" w:rsidRPr="004E28EF" w:rsidRDefault="00000000">
      <w:pPr>
        <w:spacing w:after="60" w:line="240" w:lineRule="auto"/>
        <w:rPr>
          <w:lang w:val="pl-PL"/>
        </w:rPr>
      </w:pPr>
      <w:r w:rsidRPr="004E28EF">
        <w:rPr>
          <w:i/>
          <w:color w:val="5A5A5A"/>
          <w:sz w:val="18"/>
          <w:lang w:val="pl-PL"/>
        </w:rPr>
        <w:t>Komunikacja organizacyjna związana z obsługą członkostwa może być prowadzona na podstawie prawnie uzasadnionego interesu Izby lub konieczności realizacji relacji członkowskiej. Poniższe zgody dotyczą komunikacji promocyjnej, marketingowej lub publikacyjnej.</w:t>
      </w:r>
    </w:p>
    <w:p w14:paraId="5485EE49" w14:textId="30EAB304" w:rsidR="001B6DF4" w:rsidRPr="004E28EF" w:rsidRDefault="00000000">
      <w:pPr>
        <w:spacing w:after="40" w:line="240" w:lineRule="auto"/>
        <w:rPr>
          <w:lang w:val="pl-PL"/>
        </w:rPr>
      </w:pPr>
      <w:r w:rsidRPr="004E28EF">
        <w:rPr>
          <w:rFonts w:ascii="DejaVu Sans" w:eastAsia="DejaVu Sans" w:hAnsi="DejaVu Sans"/>
          <w:sz w:val="19"/>
          <w:lang w:val="pl-PL"/>
        </w:rPr>
        <w:t xml:space="preserve">☐ </w:t>
      </w:r>
      <w:r w:rsidRPr="004E28EF">
        <w:rPr>
          <w:sz w:val="19"/>
          <w:lang w:val="pl-PL"/>
        </w:rPr>
        <w:t>Wyrażam zgodę na otrzymywanie od PCHIPH informacji</w:t>
      </w:r>
      <w:r w:rsidR="009D627B">
        <w:rPr>
          <w:sz w:val="19"/>
          <w:lang w:val="pl-PL"/>
        </w:rPr>
        <w:t>,</w:t>
      </w:r>
      <w:r w:rsidRPr="004E28EF">
        <w:rPr>
          <w:sz w:val="19"/>
          <w:lang w:val="pl-PL"/>
        </w:rPr>
        <w:t xml:space="preserve"> </w:t>
      </w:r>
      <w:r w:rsidR="009D627B">
        <w:rPr>
          <w:sz w:val="19"/>
          <w:lang w:val="pl-PL"/>
        </w:rPr>
        <w:t xml:space="preserve">w szczególności </w:t>
      </w:r>
      <w:r w:rsidRPr="004E28EF">
        <w:rPr>
          <w:sz w:val="19"/>
          <w:lang w:val="pl-PL"/>
        </w:rPr>
        <w:t>o wydarzeniach, spotkaniach, misjach gospodarczych i inicjatywach Izby na wskazany adres e-mail.</w:t>
      </w:r>
    </w:p>
    <w:p w14:paraId="311359E9" w14:textId="29DB675C" w:rsidR="001B6DF4" w:rsidRPr="004E28EF" w:rsidRDefault="00000000">
      <w:pPr>
        <w:spacing w:after="40" w:line="240" w:lineRule="auto"/>
        <w:rPr>
          <w:lang w:val="pl-PL"/>
        </w:rPr>
      </w:pPr>
      <w:r w:rsidRPr="004E28EF">
        <w:rPr>
          <w:rFonts w:ascii="DejaVu Sans" w:eastAsia="DejaVu Sans" w:hAnsi="DejaVu Sans"/>
          <w:sz w:val="19"/>
          <w:lang w:val="pl-PL"/>
        </w:rPr>
        <w:t xml:space="preserve">☐ </w:t>
      </w:r>
      <w:r w:rsidRPr="004E28EF">
        <w:rPr>
          <w:sz w:val="19"/>
          <w:lang w:val="pl-PL"/>
        </w:rPr>
        <w:t xml:space="preserve">Wyrażam zgodę na kontakt telefoniczny w sprawach dotyczących </w:t>
      </w:r>
      <w:r w:rsidR="00DC7266">
        <w:rPr>
          <w:sz w:val="19"/>
          <w:lang w:val="pl-PL"/>
        </w:rPr>
        <w:t>działalności Izby.</w:t>
      </w:r>
    </w:p>
    <w:p w14:paraId="4E6D0EFE" w14:textId="77777777" w:rsidR="001B6DF4" w:rsidRPr="004E28EF" w:rsidRDefault="00000000">
      <w:pPr>
        <w:spacing w:after="40" w:line="240" w:lineRule="auto"/>
        <w:rPr>
          <w:lang w:val="pl-PL"/>
        </w:rPr>
      </w:pPr>
      <w:r w:rsidRPr="004E28EF">
        <w:rPr>
          <w:rFonts w:ascii="DejaVu Sans" w:eastAsia="DejaVu Sans" w:hAnsi="DejaVu Sans"/>
          <w:sz w:val="19"/>
          <w:lang w:val="pl-PL"/>
        </w:rPr>
        <w:t xml:space="preserve">☐ </w:t>
      </w:r>
      <w:r w:rsidRPr="004E28EF">
        <w:rPr>
          <w:sz w:val="19"/>
          <w:lang w:val="pl-PL"/>
        </w:rPr>
        <w:t>Wyrażam zgodę na otrzymywanie informacji handlowych i materiałów promocyjnych drogą elektroniczną, zgodnie z właściwymi przepisami dotyczącymi komunikacji elektronicznej.</w:t>
      </w:r>
    </w:p>
    <w:p w14:paraId="48E50DD3" w14:textId="77777777" w:rsidR="001B6DF4" w:rsidRPr="004E28EF" w:rsidRDefault="00000000">
      <w:pPr>
        <w:spacing w:after="40" w:line="240" w:lineRule="auto"/>
        <w:rPr>
          <w:lang w:val="pl-PL"/>
        </w:rPr>
      </w:pPr>
      <w:r w:rsidRPr="004E28EF">
        <w:rPr>
          <w:rFonts w:ascii="DejaVu Sans" w:eastAsia="DejaVu Sans" w:hAnsi="DejaVu Sans"/>
          <w:sz w:val="19"/>
          <w:lang w:val="pl-PL"/>
        </w:rPr>
        <w:t xml:space="preserve">☐ </w:t>
      </w:r>
      <w:r w:rsidRPr="004E28EF">
        <w:rPr>
          <w:sz w:val="19"/>
          <w:lang w:val="pl-PL"/>
        </w:rPr>
        <w:t>Wyrażam zgodę na publikację nazwy, logo oraz krótkiego opisu działalności reprezentowanego podmiotu w wykazie członków oraz materiałach informacyjnych Izby.</w:t>
      </w:r>
    </w:p>
    <w:p w14:paraId="1650328B" w14:textId="77777777" w:rsidR="001B6DF4" w:rsidRPr="004E28EF" w:rsidRDefault="00000000">
      <w:pPr>
        <w:spacing w:after="40" w:line="240" w:lineRule="auto"/>
        <w:rPr>
          <w:lang w:val="pl-PL"/>
        </w:rPr>
      </w:pPr>
      <w:r w:rsidRPr="004E28EF">
        <w:rPr>
          <w:rFonts w:ascii="DejaVu Sans" w:eastAsia="DejaVu Sans" w:hAnsi="DejaVu Sans"/>
          <w:sz w:val="19"/>
          <w:lang w:val="pl-PL"/>
        </w:rPr>
        <w:t xml:space="preserve">☐ </w:t>
      </w:r>
      <w:r w:rsidRPr="004E28EF">
        <w:rPr>
          <w:sz w:val="19"/>
          <w:lang w:val="pl-PL"/>
        </w:rPr>
        <w:t>Wyrażam zgodę na wykorzystanie wizerunku osób reprezentujących podmiot utrwalonego podczas wydarzeń Izby, wyłącznie w celu informowania o działalności Izby i relacjonowania wydarzeń.</w:t>
      </w:r>
    </w:p>
    <w:p w14:paraId="1DAFBEA3" w14:textId="77777777" w:rsidR="001B6DF4" w:rsidRPr="004E28EF" w:rsidRDefault="00000000">
      <w:pPr>
        <w:spacing w:after="60" w:line="240" w:lineRule="auto"/>
        <w:rPr>
          <w:lang w:val="pl-PL"/>
        </w:rPr>
      </w:pPr>
      <w:r w:rsidRPr="004E28EF">
        <w:rPr>
          <w:i/>
          <w:color w:val="5A5A5A"/>
          <w:sz w:val="18"/>
          <w:lang w:val="pl-PL"/>
        </w:rPr>
        <w:t>Zgoda może zostać wycofana w dowolnym momencie. Wycofanie zgody nie wpływa na zgodność z prawem przetwarzania dokonanego przed jej wycofaniem.</w:t>
      </w:r>
    </w:p>
    <w:p w14:paraId="7C3E3412" w14:textId="2C179C53" w:rsidR="001B6DF4" w:rsidRDefault="00000000">
      <w:pPr>
        <w:spacing w:before="160" w:after="120" w:line="240" w:lineRule="auto"/>
      </w:pPr>
      <w:r>
        <w:rPr>
          <w:b/>
          <w:color w:val="1F4E79"/>
          <w:sz w:val="26"/>
        </w:rPr>
        <w:t>VII. PODPIS</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72"/>
        <w:gridCol w:w="5783"/>
      </w:tblGrid>
      <w:tr w:rsidR="001B6DF4" w14:paraId="1A5FD943" w14:textId="77777777">
        <w:trPr>
          <w:jc w:val="center"/>
        </w:trPr>
        <w:tc>
          <w:tcPr>
            <w:tcW w:w="3572" w:type="dxa"/>
            <w:shd w:val="clear" w:color="auto" w:fill="F2F2F2"/>
          </w:tcPr>
          <w:p w14:paraId="79608009" w14:textId="77777777" w:rsidR="001B6DF4" w:rsidRDefault="00000000">
            <w:pPr>
              <w:spacing w:after="0" w:line="240" w:lineRule="auto"/>
            </w:pPr>
            <w:r>
              <w:rPr>
                <w:b/>
                <w:sz w:val="18"/>
              </w:rPr>
              <w:t>Miejscowość i data</w:t>
            </w:r>
          </w:p>
        </w:tc>
        <w:tc>
          <w:tcPr>
            <w:tcW w:w="5783" w:type="dxa"/>
          </w:tcPr>
          <w:p w14:paraId="061CCFE3" w14:textId="77777777" w:rsidR="001B6DF4" w:rsidRDefault="001B6DF4">
            <w:pPr>
              <w:spacing w:after="0" w:line="240" w:lineRule="auto"/>
            </w:pPr>
          </w:p>
        </w:tc>
      </w:tr>
      <w:tr w:rsidR="001B6DF4" w:rsidRPr="00D900B8" w14:paraId="2FE22A75" w14:textId="77777777">
        <w:trPr>
          <w:jc w:val="center"/>
        </w:trPr>
        <w:tc>
          <w:tcPr>
            <w:tcW w:w="3572" w:type="dxa"/>
            <w:shd w:val="clear" w:color="auto" w:fill="F2F2F2"/>
          </w:tcPr>
          <w:p w14:paraId="6A1E8FBE" w14:textId="77777777" w:rsidR="001B6DF4" w:rsidRPr="004E28EF" w:rsidRDefault="00000000">
            <w:pPr>
              <w:spacing w:after="0" w:line="240" w:lineRule="auto"/>
              <w:rPr>
                <w:lang w:val="pl-PL"/>
              </w:rPr>
            </w:pPr>
            <w:r w:rsidRPr="004E28EF">
              <w:rPr>
                <w:b/>
                <w:sz w:val="18"/>
                <w:lang w:val="pl-PL"/>
              </w:rPr>
              <w:t>Imię i nazwisko osoby/osób uprawnionych do reprezentacji</w:t>
            </w:r>
          </w:p>
        </w:tc>
        <w:tc>
          <w:tcPr>
            <w:tcW w:w="5783" w:type="dxa"/>
          </w:tcPr>
          <w:p w14:paraId="317D52E7" w14:textId="77777777" w:rsidR="001B6DF4" w:rsidRPr="004E28EF" w:rsidRDefault="001B6DF4">
            <w:pPr>
              <w:spacing w:after="0" w:line="240" w:lineRule="auto"/>
              <w:rPr>
                <w:lang w:val="pl-PL"/>
              </w:rPr>
            </w:pPr>
          </w:p>
        </w:tc>
      </w:tr>
      <w:tr w:rsidR="001B6DF4" w14:paraId="5228A554" w14:textId="77777777">
        <w:trPr>
          <w:jc w:val="center"/>
        </w:trPr>
        <w:tc>
          <w:tcPr>
            <w:tcW w:w="3572" w:type="dxa"/>
            <w:shd w:val="clear" w:color="auto" w:fill="F2F2F2"/>
          </w:tcPr>
          <w:p w14:paraId="1283895F" w14:textId="77777777" w:rsidR="001B6DF4" w:rsidRDefault="00000000">
            <w:pPr>
              <w:spacing w:after="0" w:line="240" w:lineRule="auto"/>
            </w:pPr>
            <w:r>
              <w:rPr>
                <w:b/>
                <w:sz w:val="18"/>
              </w:rPr>
              <w:t>Stanowisko / funkcja</w:t>
            </w:r>
          </w:p>
        </w:tc>
        <w:tc>
          <w:tcPr>
            <w:tcW w:w="5783" w:type="dxa"/>
          </w:tcPr>
          <w:p w14:paraId="5B39C432" w14:textId="77777777" w:rsidR="001B6DF4" w:rsidRDefault="001B6DF4">
            <w:pPr>
              <w:spacing w:after="0" w:line="240" w:lineRule="auto"/>
            </w:pPr>
          </w:p>
        </w:tc>
      </w:tr>
      <w:tr w:rsidR="001B6DF4" w14:paraId="5CC23D1B" w14:textId="77777777" w:rsidTr="004E28EF">
        <w:trPr>
          <w:trHeight w:val="297"/>
          <w:jc w:val="center"/>
        </w:trPr>
        <w:tc>
          <w:tcPr>
            <w:tcW w:w="3572" w:type="dxa"/>
            <w:shd w:val="clear" w:color="auto" w:fill="F2F2F2"/>
          </w:tcPr>
          <w:p w14:paraId="7C5B6852" w14:textId="77777777" w:rsidR="001B6DF4" w:rsidRDefault="00000000">
            <w:pPr>
              <w:spacing w:after="0" w:line="240" w:lineRule="auto"/>
            </w:pPr>
            <w:r>
              <w:rPr>
                <w:b/>
                <w:sz w:val="18"/>
              </w:rPr>
              <w:t>Podpis i pieczęć</w:t>
            </w:r>
          </w:p>
        </w:tc>
        <w:tc>
          <w:tcPr>
            <w:tcW w:w="5783" w:type="dxa"/>
          </w:tcPr>
          <w:p w14:paraId="59BE05B4" w14:textId="77777777" w:rsidR="001B6DF4" w:rsidRDefault="001B6DF4">
            <w:pPr>
              <w:spacing w:after="0" w:line="240" w:lineRule="auto"/>
              <w:rPr>
                <w:sz w:val="18"/>
              </w:rPr>
            </w:pPr>
          </w:p>
          <w:p w14:paraId="69EDA43A" w14:textId="77777777" w:rsidR="004E28EF" w:rsidRDefault="004E28EF">
            <w:pPr>
              <w:spacing w:after="0" w:line="240" w:lineRule="auto"/>
            </w:pPr>
          </w:p>
        </w:tc>
      </w:tr>
    </w:tbl>
    <w:p w14:paraId="22AF0E33" w14:textId="02C4C60E" w:rsidR="001B6DF4" w:rsidRDefault="00203EC0">
      <w:pPr>
        <w:spacing w:before="160" w:after="120" w:line="240" w:lineRule="auto"/>
      </w:pPr>
      <w:r>
        <w:rPr>
          <w:b/>
          <w:color w:val="1F4E79"/>
          <w:sz w:val="26"/>
        </w:rPr>
        <w:t>VIII</w:t>
      </w:r>
      <w:r w:rsidR="00000000">
        <w:rPr>
          <w:b/>
          <w:color w:val="1F4E79"/>
          <w:sz w:val="26"/>
        </w:rPr>
        <w:t>. SPOSÓB PRZEKAZANIA DOKUMENTU</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972"/>
      </w:tblGrid>
      <w:tr w:rsidR="001B6DF4" w:rsidRPr="00D900B8" w14:paraId="654B1FDD" w14:textId="77777777">
        <w:trPr>
          <w:jc w:val="center"/>
        </w:trPr>
        <w:tc>
          <w:tcPr>
            <w:tcW w:w="9972" w:type="dxa"/>
            <w:shd w:val="clear" w:color="auto" w:fill="D9EAF7"/>
          </w:tcPr>
          <w:p w14:paraId="4062B277" w14:textId="29D31E34" w:rsidR="001B6DF4" w:rsidRDefault="00000000">
            <w:pPr>
              <w:spacing w:after="40" w:line="240" w:lineRule="auto"/>
              <w:rPr>
                <w:sz w:val="19"/>
                <w:lang w:val="pl-PL"/>
              </w:rPr>
            </w:pPr>
            <w:r w:rsidRPr="004E28EF">
              <w:rPr>
                <w:sz w:val="19"/>
                <w:lang w:val="pl-PL"/>
              </w:rPr>
              <w:t>Podpisaną deklarację wraz z załącznikami należy przekazać do PCHIPH w formie elektronicznej jako skan PDF albo w formie papierowej na adres siedziby Izby</w:t>
            </w:r>
            <w:r w:rsidR="00203EC0">
              <w:rPr>
                <w:sz w:val="19"/>
                <w:lang w:val="pl-PL"/>
              </w:rPr>
              <w:t>.</w:t>
            </w:r>
          </w:p>
          <w:p w14:paraId="30C088C1" w14:textId="190D2F0F" w:rsidR="00203EC0" w:rsidRPr="00203EC0" w:rsidRDefault="00203EC0">
            <w:pPr>
              <w:spacing w:after="40" w:line="240" w:lineRule="auto"/>
              <w:rPr>
                <w:b/>
                <w:bCs/>
                <w:lang w:val="pl-PL"/>
              </w:rPr>
            </w:pPr>
            <w:r w:rsidRPr="00203EC0">
              <w:rPr>
                <w:b/>
                <w:bCs/>
                <w:sz w:val="19"/>
                <w:lang w:val="pl-PL"/>
              </w:rPr>
              <w:t>office@pchiph.org</w:t>
            </w:r>
          </w:p>
        </w:tc>
      </w:tr>
    </w:tbl>
    <w:p w14:paraId="0E1253A1" w14:textId="77777777" w:rsidR="001B6DF4" w:rsidRPr="004E28EF" w:rsidRDefault="00000000">
      <w:pPr>
        <w:pageBreakBefore/>
        <w:spacing w:before="160" w:after="120" w:line="240" w:lineRule="auto"/>
        <w:rPr>
          <w:lang w:val="pl-PL"/>
        </w:rPr>
      </w:pPr>
      <w:r w:rsidRPr="004E28EF">
        <w:rPr>
          <w:b/>
          <w:color w:val="1F4E79"/>
          <w:sz w:val="26"/>
          <w:lang w:val="pl-PL"/>
        </w:rPr>
        <w:lastRenderedPageBreak/>
        <w:t>ZAŁĄCZNIK NR 1. KLAUZULA INFORMACYJNA RODO</w:t>
      </w:r>
    </w:p>
    <w:p w14:paraId="701F0201" w14:textId="77777777" w:rsidR="001B6DF4" w:rsidRPr="004E28EF" w:rsidRDefault="00000000">
      <w:pPr>
        <w:spacing w:after="60" w:line="240" w:lineRule="auto"/>
        <w:rPr>
          <w:lang w:val="pl-PL"/>
        </w:rPr>
      </w:pPr>
      <w:r w:rsidRPr="004E28EF">
        <w:rPr>
          <w:i/>
          <w:color w:val="5A5A5A"/>
          <w:sz w:val="18"/>
          <w:lang w:val="pl-PL"/>
        </w:rPr>
        <w:t>Klauzula do przekazania osobom, których dane są podawane w deklaracji członkowskiej, w szczególności osobom reprezentującym podmiot i osobom kontaktowym.</w:t>
      </w:r>
    </w:p>
    <w:p w14:paraId="709CDB3E" w14:textId="77777777" w:rsidR="001B6DF4" w:rsidRPr="004E28EF" w:rsidRDefault="00000000">
      <w:pPr>
        <w:spacing w:before="60" w:after="40" w:line="240" w:lineRule="auto"/>
        <w:rPr>
          <w:lang w:val="pl-PL"/>
        </w:rPr>
      </w:pPr>
      <w:r w:rsidRPr="004E28EF">
        <w:rPr>
          <w:b/>
          <w:color w:val="1F4E79"/>
          <w:lang w:val="pl-PL"/>
        </w:rPr>
        <w:t>Administrator danych</w:t>
      </w:r>
    </w:p>
    <w:p w14:paraId="4C93D588" w14:textId="77777777" w:rsidR="001B6DF4" w:rsidRPr="004E28EF" w:rsidRDefault="00000000">
      <w:pPr>
        <w:spacing w:after="80" w:line="240" w:lineRule="auto"/>
        <w:rPr>
          <w:lang w:val="pl-PL"/>
        </w:rPr>
      </w:pPr>
      <w:r w:rsidRPr="004E28EF">
        <w:rPr>
          <w:sz w:val="18"/>
          <w:lang w:val="pl-PL"/>
        </w:rPr>
        <w:t>Administratorem danych osobowych jest Polsko-Chińska Izba Przemysłowo-Handlowa z siedzibą w Gdyni, ul. Świętojańska 46/8, 81-393 Gdynia, KRS 0000306932, NIP 5862223568, REGON 220664712.</w:t>
      </w:r>
    </w:p>
    <w:p w14:paraId="5E738D8F" w14:textId="77777777" w:rsidR="001B6DF4" w:rsidRPr="004E28EF" w:rsidRDefault="00000000">
      <w:pPr>
        <w:spacing w:before="60" w:after="40" w:line="240" w:lineRule="auto"/>
        <w:rPr>
          <w:lang w:val="pl-PL"/>
        </w:rPr>
      </w:pPr>
      <w:r w:rsidRPr="004E28EF">
        <w:rPr>
          <w:b/>
          <w:color w:val="1F4E79"/>
          <w:lang w:val="pl-PL"/>
        </w:rPr>
        <w:t>Kontakt w sprawach danych osobowych</w:t>
      </w:r>
    </w:p>
    <w:p w14:paraId="120A87E9" w14:textId="77777777" w:rsidR="001B6DF4" w:rsidRPr="004E28EF" w:rsidRDefault="00000000">
      <w:pPr>
        <w:spacing w:after="80" w:line="240" w:lineRule="auto"/>
        <w:rPr>
          <w:lang w:val="pl-PL"/>
        </w:rPr>
      </w:pPr>
      <w:r w:rsidRPr="004E28EF">
        <w:rPr>
          <w:sz w:val="18"/>
          <w:lang w:val="pl-PL"/>
        </w:rPr>
        <w:t>Kontakt z Administratorem w sprawach dotyczących danych osobowych: ........................................................ . Jeżeli Izba wyznaczyła inspektora ochrony danych, należy wskazać jego dane kontaktowe: ........................................................ .</w:t>
      </w:r>
    </w:p>
    <w:p w14:paraId="390CAAC5" w14:textId="77777777" w:rsidR="001B6DF4" w:rsidRPr="004E28EF" w:rsidRDefault="00000000">
      <w:pPr>
        <w:spacing w:before="60" w:after="40" w:line="240" w:lineRule="auto"/>
        <w:rPr>
          <w:lang w:val="pl-PL"/>
        </w:rPr>
      </w:pPr>
      <w:r w:rsidRPr="004E28EF">
        <w:rPr>
          <w:b/>
          <w:color w:val="1F4E79"/>
          <w:lang w:val="pl-PL"/>
        </w:rPr>
        <w:t>Kategorie danych</w:t>
      </w:r>
    </w:p>
    <w:p w14:paraId="36001917" w14:textId="77777777" w:rsidR="001B6DF4" w:rsidRPr="004E28EF" w:rsidRDefault="00000000">
      <w:pPr>
        <w:spacing w:after="80" w:line="240" w:lineRule="auto"/>
        <w:rPr>
          <w:lang w:val="pl-PL"/>
        </w:rPr>
      </w:pPr>
      <w:r w:rsidRPr="004E28EF">
        <w:rPr>
          <w:sz w:val="18"/>
          <w:lang w:val="pl-PL"/>
        </w:rPr>
        <w:t>Przetwarzane mogą być dane identyfikacyjne, kontaktowe, dane dotyczące funkcji lub stanowiska, dane rejestrowe podmiotu, informacje o umocowaniu do reprezentacji oraz dane wynikające z korespondencji prowadzonej z Izbą.</w:t>
      </w:r>
    </w:p>
    <w:p w14:paraId="3CCF52CF" w14:textId="77777777" w:rsidR="001B6DF4" w:rsidRPr="004E28EF" w:rsidRDefault="00000000">
      <w:pPr>
        <w:spacing w:before="60" w:after="40" w:line="240" w:lineRule="auto"/>
        <w:rPr>
          <w:lang w:val="pl-PL"/>
        </w:rPr>
      </w:pPr>
      <w:r w:rsidRPr="004E28EF">
        <w:rPr>
          <w:b/>
          <w:color w:val="1F4E79"/>
          <w:lang w:val="pl-PL"/>
        </w:rPr>
        <w:t>Cele i podstawy prawne przetwarzania</w:t>
      </w:r>
    </w:p>
    <w:p w14:paraId="78A8A5AA" w14:textId="77777777" w:rsidR="001B6DF4" w:rsidRPr="004E28EF" w:rsidRDefault="00000000">
      <w:pPr>
        <w:spacing w:after="80" w:line="240" w:lineRule="auto"/>
        <w:rPr>
          <w:lang w:val="pl-PL"/>
        </w:rPr>
      </w:pPr>
      <w:r w:rsidRPr="004E28EF">
        <w:rPr>
          <w:sz w:val="18"/>
          <w:lang w:val="pl-PL"/>
        </w:rPr>
        <w:t>Dane będą przetwarzane w celu obsługi procedury członkowskiej, prowadzenia dokumentacji członkowskiej, realizacji praw i obowiązków wynikających ze Statutu Izby, komunikacji organizacyjnej, dochodzenia lub obrony roszczeń oraz, wyłącznie w przypadku udzielenia zgody, w celach promocyjnych, marketingowych i publikacyjnych. Podstawami prawnymi przetwarzania są w szczególności art. 6 ust. 1 lit. b, c, f oraz, dla zgód, art. 6 ust. 1 lit. a RODO.</w:t>
      </w:r>
    </w:p>
    <w:p w14:paraId="78E85C1F" w14:textId="77777777" w:rsidR="001B6DF4" w:rsidRPr="004E28EF" w:rsidRDefault="00000000">
      <w:pPr>
        <w:spacing w:before="60" w:after="40" w:line="240" w:lineRule="auto"/>
        <w:rPr>
          <w:lang w:val="pl-PL"/>
        </w:rPr>
      </w:pPr>
      <w:r w:rsidRPr="004E28EF">
        <w:rPr>
          <w:b/>
          <w:color w:val="1F4E79"/>
          <w:lang w:val="pl-PL"/>
        </w:rPr>
        <w:t>Odbiorcy danych</w:t>
      </w:r>
    </w:p>
    <w:p w14:paraId="05230AB9" w14:textId="77777777" w:rsidR="001B6DF4" w:rsidRPr="004E28EF" w:rsidRDefault="00000000">
      <w:pPr>
        <w:spacing w:after="80" w:line="240" w:lineRule="auto"/>
        <w:rPr>
          <w:lang w:val="pl-PL"/>
        </w:rPr>
      </w:pPr>
      <w:r w:rsidRPr="004E28EF">
        <w:rPr>
          <w:sz w:val="18"/>
          <w:lang w:val="pl-PL"/>
        </w:rPr>
        <w:t>Dane mogą być przekazywane podmiotom obsługującym Izbę, w szczególności dostawcom usług IT, księgowych, prawnych, pocztowych, kurierskich oraz podmiotom uprawnionym do ich otrzymania na podstawie przepisów prawa.</w:t>
      </w:r>
    </w:p>
    <w:p w14:paraId="2C5F1F9E" w14:textId="77777777" w:rsidR="001B6DF4" w:rsidRPr="004E28EF" w:rsidRDefault="00000000">
      <w:pPr>
        <w:spacing w:before="60" w:after="40" w:line="240" w:lineRule="auto"/>
        <w:rPr>
          <w:lang w:val="pl-PL"/>
        </w:rPr>
      </w:pPr>
      <w:r w:rsidRPr="004E28EF">
        <w:rPr>
          <w:b/>
          <w:color w:val="1F4E79"/>
          <w:lang w:val="pl-PL"/>
        </w:rPr>
        <w:t>Przekazywanie danych poza EOG</w:t>
      </w:r>
    </w:p>
    <w:p w14:paraId="584CC404" w14:textId="77777777" w:rsidR="001B6DF4" w:rsidRPr="004E28EF" w:rsidRDefault="00000000">
      <w:pPr>
        <w:spacing w:after="80" w:line="240" w:lineRule="auto"/>
        <w:rPr>
          <w:lang w:val="pl-PL"/>
        </w:rPr>
      </w:pPr>
      <w:r w:rsidRPr="004E28EF">
        <w:rPr>
          <w:sz w:val="18"/>
          <w:lang w:val="pl-PL"/>
        </w:rPr>
        <w:t>Co do zasady dane nie będą przekazywane poza Europejski Obszar Gospodarczy. Jeżeli w ramach współpracy międzynarodowej lub korzystania z usług IT dojdzie do takiego przekazania, Administrator zastosuje odpowiednie mechanizmy zgodne z RODO, w szczególności standardowe klauzule umowne albo inną właściwą podstawę prawną.</w:t>
      </w:r>
    </w:p>
    <w:p w14:paraId="1408C292" w14:textId="77777777" w:rsidR="001B6DF4" w:rsidRPr="004E28EF" w:rsidRDefault="00000000">
      <w:pPr>
        <w:spacing w:before="60" w:after="40" w:line="240" w:lineRule="auto"/>
        <w:rPr>
          <w:lang w:val="pl-PL"/>
        </w:rPr>
      </w:pPr>
      <w:r w:rsidRPr="004E28EF">
        <w:rPr>
          <w:b/>
          <w:color w:val="1F4E79"/>
          <w:lang w:val="pl-PL"/>
        </w:rPr>
        <w:t>Okres przechowywania danych</w:t>
      </w:r>
    </w:p>
    <w:p w14:paraId="2F1D0AD8" w14:textId="77777777" w:rsidR="001B6DF4" w:rsidRPr="004E28EF" w:rsidRDefault="00000000">
      <w:pPr>
        <w:spacing w:after="80" w:line="240" w:lineRule="auto"/>
        <w:rPr>
          <w:lang w:val="pl-PL"/>
        </w:rPr>
      </w:pPr>
      <w:r w:rsidRPr="004E28EF">
        <w:rPr>
          <w:sz w:val="18"/>
          <w:lang w:val="pl-PL"/>
        </w:rPr>
        <w:t>Dane będą przechowywane przez okres obsługi procedury członkowskiej, okres członkostwa, a następnie przez okres wymagany przepisami prawa albo niezbędny do dochodzenia lub obrony roszczeń. Dane przetwarzane na podstawie zgody będą przetwarzane do czasu jej wycofania, chyba że istnieje inna podstawa prawna dalszego przetwarzania.</w:t>
      </w:r>
    </w:p>
    <w:p w14:paraId="0835D5F7" w14:textId="77777777" w:rsidR="001B6DF4" w:rsidRPr="004E28EF" w:rsidRDefault="00000000">
      <w:pPr>
        <w:spacing w:before="60" w:after="40" w:line="240" w:lineRule="auto"/>
        <w:rPr>
          <w:lang w:val="pl-PL"/>
        </w:rPr>
      </w:pPr>
      <w:r w:rsidRPr="004E28EF">
        <w:rPr>
          <w:b/>
          <w:color w:val="1F4E79"/>
          <w:lang w:val="pl-PL"/>
        </w:rPr>
        <w:t>Prawa osób, których dane dotyczą</w:t>
      </w:r>
    </w:p>
    <w:p w14:paraId="145E21E0" w14:textId="77777777" w:rsidR="001B6DF4" w:rsidRPr="004E28EF" w:rsidRDefault="00000000">
      <w:pPr>
        <w:spacing w:after="80" w:line="240" w:lineRule="auto"/>
        <w:rPr>
          <w:lang w:val="pl-PL"/>
        </w:rPr>
      </w:pPr>
      <w:r w:rsidRPr="004E28EF">
        <w:rPr>
          <w:sz w:val="18"/>
          <w:lang w:val="pl-PL"/>
        </w:rPr>
        <w:t>Osobie, której dane dotyczą, przysługuje prawo dostępu do danych, sprostowania danych, usunięcia danych, ograniczenia przetwarzania, przenoszenia danych, sprzeciwu wobec przetwarzania oraz wycofania zgody w dowolnym momencie, jeżeli przetwarzanie odbywa się na podstawie zgody.</w:t>
      </w:r>
    </w:p>
    <w:p w14:paraId="7A464A3D" w14:textId="77777777" w:rsidR="001B6DF4" w:rsidRPr="004E28EF" w:rsidRDefault="00000000">
      <w:pPr>
        <w:spacing w:before="60" w:after="40" w:line="240" w:lineRule="auto"/>
        <w:rPr>
          <w:lang w:val="pl-PL"/>
        </w:rPr>
      </w:pPr>
      <w:r w:rsidRPr="004E28EF">
        <w:rPr>
          <w:b/>
          <w:color w:val="1F4E79"/>
          <w:lang w:val="pl-PL"/>
        </w:rPr>
        <w:t>Skarga do organu nadzorczego</w:t>
      </w:r>
    </w:p>
    <w:p w14:paraId="759B0B61" w14:textId="77777777" w:rsidR="001B6DF4" w:rsidRPr="004E28EF" w:rsidRDefault="00000000">
      <w:pPr>
        <w:spacing w:after="80" w:line="240" w:lineRule="auto"/>
        <w:rPr>
          <w:lang w:val="pl-PL"/>
        </w:rPr>
      </w:pPr>
      <w:r w:rsidRPr="004E28EF">
        <w:rPr>
          <w:sz w:val="18"/>
          <w:lang w:val="pl-PL"/>
        </w:rPr>
        <w:t>Osobie, której dane dotyczą, przysługuje prawo wniesienia skargi do Prezesa Urzędu Ochrony Danych Osobowych, jeżeli uzna, że przetwarzanie danych narusza przepisy RODO.</w:t>
      </w:r>
    </w:p>
    <w:p w14:paraId="581086F1" w14:textId="77777777" w:rsidR="001B6DF4" w:rsidRPr="004E28EF" w:rsidRDefault="00000000">
      <w:pPr>
        <w:spacing w:before="60" w:after="40" w:line="240" w:lineRule="auto"/>
        <w:rPr>
          <w:lang w:val="pl-PL"/>
        </w:rPr>
      </w:pPr>
      <w:r w:rsidRPr="004E28EF">
        <w:rPr>
          <w:b/>
          <w:color w:val="1F4E79"/>
          <w:lang w:val="pl-PL"/>
        </w:rPr>
        <w:t>Dobrowolność podania danych</w:t>
      </w:r>
    </w:p>
    <w:p w14:paraId="0D15AB63" w14:textId="77777777" w:rsidR="001B6DF4" w:rsidRPr="004E28EF" w:rsidRDefault="00000000">
      <w:pPr>
        <w:spacing w:after="80" w:line="240" w:lineRule="auto"/>
        <w:rPr>
          <w:lang w:val="pl-PL"/>
        </w:rPr>
      </w:pPr>
      <w:r w:rsidRPr="004E28EF">
        <w:rPr>
          <w:sz w:val="18"/>
          <w:lang w:val="pl-PL"/>
        </w:rPr>
        <w:t>Podanie danych jest dobrowolne, ale niezbędne do rozpatrzenia deklaracji członkowskiej oraz obsługi członkostwa. Brak podania wymaganych danych może uniemożliwić rozpatrzenie deklaracji albo prawidłową obsługę członkostwa.</w:t>
      </w:r>
    </w:p>
    <w:p w14:paraId="135CB4A8" w14:textId="77777777" w:rsidR="001B6DF4" w:rsidRPr="004E28EF" w:rsidRDefault="00000000">
      <w:pPr>
        <w:spacing w:before="60" w:after="40" w:line="240" w:lineRule="auto"/>
        <w:rPr>
          <w:lang w:val="pl-PL"/>
        </w:rPr>
      </w:pPr>
      <w:r w:rsidRPr="004E28EF">
        <w:rPr>
          <w:b/>
          <w:color w:val="1F4E79"/>
          <w:lang w:val="pl-PL"/>
        </w:rPr>
        <w:t>Zautomatyzowane decyzje</w:t>
      </w:r>
    </w:p>
    <w:p w14:paraId="668B53A4" w14:textId="77777777" w:rsidR="001B6DF4" w:rsidRPr="004E28EF" w:rsidRDefault="00000000">
      <w:pPr>
        <w:spacing w:after="80" w:line="240" w:lineRule="auto"/>
        <w:rPr>
          <w:lang w:val="pl-PL"/>
        </w:rPr>
      </w:pPr>
      <w:r w:rsidRPr="004E28EF">
        <w:rPr>
          <w:sz w:val="18"/>
          <w:lang w:val="pl-PL"/>
        </w:rPr>
        <w:t>Dane nie będą wykorzystywane do podejmowania decyzji w sposób wyłącznie zautomatyzowany, w tym do profilowania wywołującego skutki prawne lub podobnie istotnie wpływającego na osobę, której dane dotyczą.</w:t>
      </w:r>
    </w:p>
    <w:sectPr w:rsidR="001B6DF4" w:rsidRPr="004E28EF" w:rsidSect="00034616">
      <w:headerReference w:type="default" r:id="rId8"/>
      <w:footerReference w:type="default" r:id="rId9"/>
      <w:pgSz w:w="12240" w:h="15840"/>
      <w:pgMar w:top="1020" w:right="1134" w:bottom="90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69599" w14:textId="77777777" w:rsidR="00BE0D71" w:rsidRDefault="00BE0D71">
      <w:pPr>
        <w:spacing w:after="0" w:line="240" w:lineRule="auto"/>
      </w:pPr>
      <w:r>
        <w:separator/>
      </w:r>
    </w:p>
  </w:endnote>
  <w:endnote w:type="continuationSeparator" w:id="0">
    <w:p w14:paraId="1622F0CC" w14:textId="77777777" w:rsidR="00BE0D71" w:rsidRDefault="00BE0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523C" w14:textId="77777777" w:rsidR="001B6DF4" w:rsidRPr="004E28EF" w:rsidRDefault="00000000">
    <w:pPr>
      <w:pStyle w:val="Stopka"/>
      <w:jc w:val="center"/>
      <w:rPr>
        <w:lang w:val="pl-PL"/>
      </w:rPr>
    </w:pPr>
    <w:r w:rsidRPr="004E28EF">
      <w:rPr>
        <w:color w:val="5A5A5A"/>
        <w:sz w:val="15"/>
        <w:lang w:val="pl-PL"/>
      </w:rPr>
      <w:t>Polsko-Chińska Izba Przemysłowo-Handlowa | KRS 0000306932 | NIP 5862223568 | REGON 220664712</w:t>
    </w:r>
  </w:p>
  <w:p w14:paraId="26E4BF62" w14:textId="77777777" w:rsidR="001B6DF4" w:rsidRDefault="00000000">
    <w:pPr>
      <w:jc w:val="right"/>
    </w:pPr>
    <w:r>
      <w:rPr>
        <w:sz w:val="16"/>
      </w:rPr>
      <w:t xml:space="preserve">Strona </w:t>
    </w:r>
    <w:r>
      <w:rPr>
        <w:sz w:val="16"/>
      </w:rPr>
      <w:fldChar w:fldCharType="begin"/>
    </w:r>
    <w:r>
      <w:rPr>
        <w:sz w:val="16"/>
      </w:rPr>
      <w:instrText>PAGE</w:instrText>
    </w:r>
    <w:r>
      <w:rPr>
        <w:sz w:val="16"/>
      </w:rPr>
      <w:fldChar w:fldCharType="separate"/>
    </w:r>
    <w:r w:rsidR="004E28EF">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F25AF" w14:textId="77777777" w:rsidR="00BE0D71" w:rsidRDefault="00BE0D71">
      <w:pPr>
        <w:spacing w:after="0" w:line="240" w:lineRule="auto"/>
      </w:pPr>
      <w:r>
        <w:separator/>
      </w:r>
    </w:p>
  </w:footnote>
  <w:footnote w:type="continuationSeparator" w:id="0">
    <w:p w14:paraId="3C089CDB" w14:textId="77777777" w:rsidR="00BE0D71" w:rsidRDefault="00BE0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1F6E" w14:textId="77777777" w:rsidR="001B6DF4" w:rsidRDefault="00000000">
    <w:pPr>
      <w:pStyle w:val="Nagwek"/>
    </w:pPr>
    <w:r>
      <w:rPr>
        <w:b/>
        <w:color w:val="1F4E79"/>
        <w:sz w:val="16"/>
      </w:rPr>
      <w:t>PCHIPH | Dokument członkowski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1884091">
    <w:abstractNumId w:val="8"/>
  </w:num>
  <w:num w:numId="2" w16cid:durableId="2019042834">
    <w:abstractNumId w:val="6"/>
  </w:num>
  <w:num w:numId="3" w16cid:durableId="904414555">
    <w:abstractNumId w:val="5"/>
  </w:num>
  <w:num w:numId="4" w16cid:durableId="2053269085">
    <w:abstractNumId w:val="4"/>
  </w:num>
  <w:num w:numId="5" w16cid:durableId="2040349370">
    <w:abstractNumId w:val="7"/>
  </w:num>
  <w:num w:numId="6" w16cid:durableId="190338672">
    <w:abstractNumId w:val="3"/>
  </w:num>
  <w:num w:numId="7" w16cid:durableId="1256280545">
    <w:abstractNumId w:val="2"/>
  </w:num>
  <w:num w:numId="8" w16cid:durableId="462189379">
    <w:abstractNumId w:val="1"/>
  </w:num>
  <w:num w:numId="9" w16cid:durableId="722408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F3A"/>
    <w:rsid w:val="00034616"/>
    <w:rsid w:val="0006063C"/>
    <w:rsid w:val="0015074B"/>
    <w:rsid w:val="001B6DF4"/>
    <w:rsid w:val="00203EC0"/>
    <w:rsid w:val="0029639D"/>
    <w:rsid w:val="00326F90"/>
    <w:rsid w:val="00391FA1"/>
    <w:rsid w:val="00417296"/>
    <w:rsid w:val="004E28EF"/>
    <w:rsid w:val="00526BAA"/>
    <w:rsid w:val="005A43F0"/>
    <w:rsid w:val="005D2FBF"/>
    <w:rsid w:val="007655CC"/>
    <w:rsid w:val="007B2DC9"/>
    <w:rsid w:val="007F1BE8"/>
    <w:rsid w:val="008362B0"/>
    <w:rsid w:val="0085603C"/>
    <w:rsid w:val="008641ED"/>
    <w:rsid w:val="009D627B"/>
    <w:rsid w:val="00A135EE"/>
    <w:rsid w:val="00AA1D8D"/>
    <w:rsid w:val="00AD2CCF"/>
    <w:rsid w:val="00B47730"/>
    <w:rsid w:val="00BE0D71"/>
    <w:rsid w:val="00CB0664"/>
    <w:rsid w:val="00D27E11"/>
    <w:rsid w:val="00D900B8"/>
    <w:rsid w:val="00DC7266"/>
    <w:rsid w:val="00E931BF"/>
    <w:rsid w:val="00EB0A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52D756"/>
  <w14:defaultImageDpi w14:val="300"/>
  <w15:docId w15:val="{E9651A96-5849-462A-858E-CD5AEB04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Calibri" w:eastAsia="Calibri" w:hAnsi="Calibri"/>
      <w:color w:val="1F1F1F"/>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1F4E79"/>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1334</Words>
  <Characters>8006</Characters>
  <Application>Microsoft Office Word</Application>
  <DocSecurity>0</DocSecurity>
  <Lines>66</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Deklaracja członkowska PCHIPH</vt:lpstr>
      <vt:lpstr/>
    </vt:vector>
  </TitlesOfParts>
  <Manager/>
  <Company/>
  <LinksUpToDate>false</LinksUpToDate>
  <CharactersWithSpaces>9322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członkowska PCHIPH</dc:title>
  <dc:subject>Profesjonalny wzór deklaracji członkowskiej z klauzulą RODO</dc:subject>
  <dc:creator>Polsko-Chińska Izba Przemysłowo-Handlowa</dc:creator>
  <cp:keywords>PCHIPH, deklaracja członkowska, RODO, izba gospodarcza, Prawo komunikacji elektronicznej</cp:keywords>
  <dc:description>Dokument roboczy do weryfikacji i zatwierdzenia przez Polsko-Chińską Izbę Przemysłowo-Handlową.</dc:description>
  <cp:lastModifiedBy>Oskar Łebkowski</cp:lastModifiedBy>
  <cp:revision>16</cp:revision>
  <dcterms:created xsi:type="dcterms:W3CDTF">2013-12-23T23:15:00Z</dcterms:created>
  <dcterms:modified xsi:type="dcterms:W3CDTF">2026-06-03T15:22:00Z</dcterms:modified>
  <cp:category/>
</cp:coreProperties>
</file>